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7998" w14:textId="77777777" w:rsidR="001A2543" w:rsidRDefault="00000000">
      <w:pPr>
        <w:jc w:val="center"/>
      </w:pPr>
      <w:r>
        <w:rPr>
          <w:b/>
          <w:sz w:val="28"/>
        </w:rPr>
        <w:t>পিপিপিপির অফিসিয়াল ইমেইল অ্যাড্রেসসমূহ</w:t>
      </w:r>
    </w:p>
    <w:p w14:paraId="23E7A904" w14:textId="77777777" w:rsidR="001A2543" w:rsidRDefault="00000000">
      <w:pPr>
        <w:jc w:val="center"/>
      </w:pPr>
      <w:r>
        <w:rPr>
          <w:b/>
          <w:sz w:val="28"/>
        </w:rPr>
        <w:t>(PPPP Official Email Addresses)</w:t>
      </w:r>
    </w:p>
    <w:p w14:paraId="094BCE68" w14:textId="77777777" w:rsidR="001A2543" w:rsidRDefault="00000000">
      <w:pPr>
        <w:jc w:val="center"/>
      </w:pPr>
      <w:r>
        <w:rPr>
          <w:b/>
          <w:sz w:val="28"/>
        </w:rPr>
        <w:t>সাধারণ (General)</w:t>
      </w:r>
    </w:p>
    <w:p w14:paraId="3C3A17FD" w14:textId="77777777" w:rsidR="001A2543" w:rsidRDefault="00000000">
      <w:r>
        <w:t>pppp.bangladesh@gmail.com (প্রধান / অফিসিয়াল ইমেইল)</w:t>
      </w:r>
    </w:p>
    <w:p w14:paraId="1BB72532" w14:textId="053396FC" w:rsidR="001A2543" w:rsidRDefault="00075A1A">
      <w:r w:rsidRPr="00075A1A">
        <w:t>pppp.headoffice@gmail.com</w:t>
      </w:r>
      <w:r>
        <w:t xml:space="preserve"> (</w:t>
      </w:r>
      <w:proofErr w:type="spellStart"/>
      <w:r w:rsidRPr="00075A1A">
        <w:rPr>
          <w:rFonts w:ascii="Nirmala UI" w:hAnsi="Nirmala UI" w:cs="Nirmala UI"/>
        </w:rPr>
        <w:t>কেন্দ্রীয়</w:t>
      </w:r>
      <w:proofErr w:type="spellEnd"/>
      <w:r w:rsidRPr="00075A1A">
        <w:t xml:space="preserve"> / </w:t>
      </w:r>
      <w:proofErr w:type="spellStart"/>
      <w:r w:rsidRPr="00075A1A">
        <w:rPr>
          <w:rFonts w:ascii="Nirmala UI" w:hAnsi="Nirmala UI" w:cs="Nirmala UI"/>
        </w:rPr>
        <w:t>হেড</w:t>
      </w:r>
      <w:proofErr w:type="spellEnd"/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অফিস</w:t>
      </w:r>
      <w:proofErr w:type="spellEnd"/>
      <w:r>
        <w:t>)</w:t>
      </w:r>
    </w:p>
    <w:p w14:paraId="5C1AB24C" w14:textId="1C2A21CB" w:rsidR="001A2543" w:rsidRDefault="00075A1A">
      <w:r w:rsidRPr="00075A1A">
        <w:t>pppp.adminoffice@gmail.com</w:t>
      </w:r>
      <w:r>
        <w:t xml:space="preserve"> (</w:t>
      </w:r>
      <w:proofErr w:type="spellStart"/>
      <w:r>
        <w:t>প্রশাসনিক</w:t>
      </w:r>
      <w:proofErr w:type="spellEnd"/>
      <w:r>
        <w:t xml:space="preserve"> </w:t>
      </w:r>
      <w:proofErr w:type="spellStart"/>
      <w:r>
        <w:t>অফিস</w:t>
      </w:r>
      <w:proofErr w:type="spellEnd"/>
      <w:r>
        <w:t>)</w:t>
      </w:r>
    </w:p>
    <w:p w14:paraId="0737043A" w14:textId="1F113F12" w:rsidR="001A2543" w:rsidRDefault="00075A1A">
      <w:r w:rsidRPr="00075A1A">
        <w:t>pppp.information@gmail.com</w:t>
      </w:r>
      <w:r>
        <w:t xml:space="preserve"> (</w:t>
      </w:r>
      <w:proofErr w:type="spellStart"/>
      <w:r>
        <w:t>সাধারণ</w:t>
      </w:r>
      <w:proofErr w:type="spellEnd"/>
      <w:r>
        <w:t xml:space="preserve"> </w:t>
      </w:r>
      <w:proofErr w:type="spellStart"/>
      <w:r>
        <w:t>তথ্য</w:t>
      </w:r>
      <w:proofErr w:type="spellEnd"/>
      <w:r>
        <w:t xml:space="preserve"> ও </w:t>
      </w:r>
      <w:proofErr w:type="spellStart"/>
      <w:r>
        <w:t>তথ্যের</w:t>
      </w:r>
      <w:proofErr w:type="spellEnd"/>
      <w:r>
        <w:t xml:space="preserve"> অনুরোধ)</w:t>
      </w:r>
    </w:p>
    <w:p w14:paraId="64A9C6C9" w14:textId="63732E59" w:rsidR="001A2543" w:rsidRDefault="00075A1A">
      <w:r w:rsidRPr="00075A1A">
        <w:t>pppp.contactoffice@gmail.com</w:t>
      </w:r>
      <w:r>
        <w:t xml:space="preserve"> (</w:t>
      </w:r>
      <w:proofErr w:type="spellStart"/>
      <w:r w:rsidRPr="00075A1A">
        <w:rPr>
          <w:rFonts w:ascii="Nirmala UI" w:hAnsi="Nirmala UI" w:cs="Nirmala UI"/>
        </w:rPr>
        <w:t>সাধারণ</w:t>
      </w:r>
      <w:proofErr w:type="spellEnd"/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যোগাযোগ</w:t>
      </w:r>
      <w:proofErr w:type="spellEnd"/>
      <w:r>
        <w:t>)</w:t>
      </w:r>
    </w:p>
    <w:p w14:paraId="603C032E" w14:textId="107BF94A" w:rsidR="001A2543" w:rsidRDefault="00075A1A">
      <w:r w:rsidRPr="00075A1A">
        <w:t>pppp.helpdesk@gmail.com</w:t>
      </w:r>
      <w:r>
        <w:t xml:space="preserve"> (</w:t>
      </w:r>
      <w:proofErr w:type="spellStart"/>
      <w:r>
        <w:t>সাধারণ</w:t>
      </w:r>
      <w:proofErr w:type="spellEnd"/>
      <w:r>
        <w:t xml:space="preserve"> </w:t>
      </w:r>
      <w:proofErr w:type="spellStart"/>
      <w:r>
        <w:t>সহায়তা</w:t>
      </w:r>
      <w:proofErr w:type="spellEnd"/>
      <w:r>
        <w:t>)</w:t>
      </w:r>
    </w:p>
    <w:p w14:paraId="7952E6B5" w14:textId="77777777" w:rsidR="001A2543" w:rsidRDefault="00000000">
      <w:r>
        <w:t>pppp.internal@gmail.com (অভ্যন্তরীণ টিম যোগাযোগ)</w:t>
      </w:r>
    </w:p>
    <w:p w14:paraId="7C699647" w14:textId="77777777" w:rsidR="001A2543" w:rsidRDefault="00000000">
      <w:r>
        <w:t>pppp.central@gmail.com (কেন্দ্রীয় কার্যালয়)</w:t>
      </w:r>
    </w:p>
    <w:p w14:paraId="79B70A9D" w14:textId="066EB268" w:rsidR="001A2543" w:rsidRDefault="00632E80">
      <w:r w:rsidRPr="00632E80">
        <w:t>pppp.publiccontact@gmail.com</w:t>
      </w:r>
      <w:r>
        <w:t xml:space="preserve"> (</w:t>
      </w:r>
      <w:proofErr w:type="spellStart"/>
      <w:r>
        <w:t>জনসাধারণের</w:t>
      </w:r>
      <w:proofErr w:type="spellEnd"/>
      <w:r>
        <w:t xml:space="preserve"> </w:t>
      </w:r>
      <w:proofErr w:type="spellStart"/>
      <w:r>
        <w:t>যোগাযোগ</w:t>
      </w:r>
      <w:proofErr w:type="spellEnd"/>
      <w:r>
        <w:t>)</w:t>
      </w:r>
    </w:p>
    <w:p w14:paraId="7E1F2DBB" w14:textId="77777777" w:rsidR="001A2543" w:rsidRDefault="00000000">
      <w:r>
        <w:t>pppp.feedback@gmail.com (মতামত, পরামর্শ ও জনমত গ্রহণ)</w:t>
      </w:r>
    </w:p>
    <w:p w14:paraId="3D62830A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যোগাযোগ</w:t>
      </w:r>
      <w:proofErr w:type="spellEnd"/>
      <w:r>
        <w:rPr>
          <w:b/>
          <w:sz w:val="28"/>
        </w:rPr>
        <w:t xml:space="preserve"> ও </w:t>
      </w:r>
      <w:proofErr w:type="spellStart"/>
      <w:r>
        <w:rPr>
          <w:b/>
          <w:sz w:val="28"/>
        </w:rPr>
        <w:t>সহায়তা</w:t>
      </w:r>
      <w:proofErr w:type="spellEnd"/>
    </w:p>
    <w:p w14:paraId="0D2A5327" w14:textId="03D5D53F" w:rsidR="001A2543" w:rsidRDefault="00000000">
      <w:pPr>
        <w:jc w:val="center"/>
      </w:pPr>
      <w:r>
        <w:rPr>
          <w:b/>
          <w:sz w:val="28"/>
        </w:rPr>
        <w:t>(Contact &amp; Support)</w:t>
      </w:r>
    </w:p>
    <w:p w14:paraId="2BC4A828" w14:textId="77777777" w:rsidR="001A2543" w:rsidRDefault="00000000">
      <w:r>
        <w:t>pppp.support@gmail.com (সদস্য ও সাধারণ মানুষের সহায়তা)</w:t>
      </w:r>
    </w:p>
    <w:p w14:paraId="3273C7B8" w14:textId="77777777" w:rsidR="001A2543" w:rsidRDefault="00000000">
      <w:r>
        <w:t>pppp.inquiry@gmail.com (প্রশ্ন ও অনুসন্ধান)</w:t>
      </w:r>
    </w:p>
    <w:p w14:paraId="1EC1B8BC" w14:textId="77777777" w:rsidR="001A2543" w:rsidRDefault="00000000">
      <w:r>
        <w:t>pppp.feedback@gmail.com (মতামত, পরামর্শ ও জনমত গ্রহণ)</w:t>
      </w:r>
    </w:p>
    <w:p w14:paraId="08D8C470" w14:textId="04476D72" w:rsidR="001A2543" w:rsidRDefault="00000000">
      <w:r>
        <w:t>pppp.replies@gmail.com (</w:t>
      </w:r>
      <w:proofErr w:type="spellStart"/>
      <w:r w:rsidR="00A74119" w:rsidRPr="00A74119">
        <w:rPr>
          <w:rFonts w:ascii="Nirmala UI" w:hAnsi="Nirmala UI" w:cs="Nirmala UI"/>
        </w:rPr>
        <w:t>অফিসিয়াল</w:t>
      </w:r>
      <w:proofErr w:type="spellEnd"/>
      <w:r>
        <w:t xml:space="preserve"> </w:t>
      </w:r>
      <w:proofErr w:type="spellStart"/>
      <w:r>
        <w:t>উত্তর</w:t>
      </w:r>
      <w:proofErr w:type="spellEnd"/>
      <w:r>
        <w:t xml:space="preserve"> </w:t>
      </w:r>
      <w:proofErr w:type="spellStart"/>
      <w:r>
        <w:t>প্রদান</w:t>
      </w:r>
      <w:proofErr w:type="spellEnd"/>
      <w:r>
        <w:t>)</w:t>
      </w:r>
    </w:p>
    <w:p w14:paraId="7EF4C2BE" w14:textId="33FD515E" w:rsidR="001A2543" w:rsidRDefault="00000000">
      <w:r>
        <w:t>pppp.helpdesk@gmail.com (</w:t>
      </w:r>
      <w:proofErr w:type="spellStart"/>
      <w:r w:rsidR="00632E80" w:rsidRPr="00632E80">
        <w:rPr>
          <w:rFonts w:ascii="Nirmala UI" w:hAnsi="Nirmala UI" w:cs="Nirmala UI"/>
        </w:rPr>
        <w:t>সাধারণ</w:t>
      </w:r>
      <w:proofErr w:type="spellEnd"/>
      <w:r w:rsidR="00632E80" w:rsidRPr="00632E80">
        <w:t xml:space="preserve"> </w:t>
      </w:r>
      <w:proofErr w:type="spellStart"/>
      <w:r w:rsidR="00632E80" w:rsidRPr="00632E80">
        <w:rPr>
          <w:rFonts w:ascii="Nirmala UI" w:hAnsi="Nirmala UI" w:cs="Nirmala UI"/>
        </w:rPr>
        <w:t>সহায়তা</w:t>
      </w:r>
      <w:proofErr w:type="spellEnd"/>
      <w:r>
        <w:t>)</w:t>
      </w:r>
    </w:p>
    <w:p w14:paraId="0EDFECDC" w14:textId="77777777" w:rsidR="001A2543" w:rsidRDefault="00000000">
      <w:r>
        <w:t>pppp.assistance@gmail.com (বিশেষ সহায়তা)</w:t>
      </w:r>
    </w:p>
    <w:p w14:paraId="349B598A" w14:textId="77777777" w:rsidR="002D6197" w:rsidRDefault="00000000" w:rsidP="002D6197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সংবাদ</w:t>
      </w:r>
      <w:proofErr w:type="spellEnd"/>
      <w:r>
        <w:rPr>
          <w:b/>
          <w:sz w:val="28"/>
        </w:rPr>
        <w:t xml:space="preserve"> ও </w:t>
      </w:r>
      <w:proofErr w:type="spellStart"/>
      <w:r>
        <w:rPr>
          <w:b/>
          <w:sz w:val="28"/>
        </w:rPr>
        <w:t>মিডিয়া</w:t>
      </w:r>
      <w:proofErr w:type="spellEnd"/>
    </w:p>
    <w:p w14:paraId="3F8E74E3" w14:textId="09559E02" w:rsidR="001A2543" w:rsidRPr="002D6197" w:rsidRDefault="00000000" w:rsidP="002D6197">
      <w:pPr>
        <w:jc w:val="center"/>
        <w:rPr>
          <w:b/>
          <w:sz w:val="28"/>
        </w:rPr>
      </w:pPr>
      <w:r>
        <w:rPr>
          <w:b/>
          <w:sz w:val="28"/>
        </w:rPr>
        <w:t>(News &amp; Media)</w:t>
      </w:r>
    </w:p>
    <w:p w14:paraId="5726EE72" w14:textId="52C23519" w:rsidR="001A2543" w:rsidRDefault="00632E80">
      <w:r w:rsidRPr="00632E80">
        <w:lastRenderedPageBreak/>
        <w:t>pppp.mediacenter@gmail.com</w:t>
      </w:r>
      <w:r>
        <w:t xml:space="preserve"> (</w:t>
      </w:r>
      <w:proofErr w:type="spellStart"/>
      <w:r w:rsidRPr="00632E80">
        <w:rPr>
          <w:rFonts w:ascii="Nirmala UI" w:hAnsi="Nirmala UI" w:cs="Nirmala UI"/>
        </w:rPr>
        <w:t>মিডিয়া</w:t>
      </w:r>
      <w:proofErr w:type="spellEnd"/>
      <w:r w:rsidRPr="00632E80">
        <w:t xml:space="preserve"> </w:t>
      </w:r>
      <w:r w:rsidRPr="00632E80">
        <w:rPr>
          <w:rFonts w:ascii="Nirmala UI" w:hAnsi="Nirmala UI" w:cs="Nirmala UI"/>
        </w:rPr>
        <w:t>ও</w:t>
      </w:r>
      <w:r w:rsidRPr="00632E80">
        <w:t xml:space="preserve"> </w:t>
      </w:r>
      <w:proofErr w:type="spellStart"/>
      <w:r w:rsidRPr="00632E80">
        <w:rPr>
          <w:rFonts w:ascii="Nirmala UI" w:hAnsi="Nirmala UI" w:cs="Nirmala UI"/>
        </w:rPr>
        <w:t>প্রচার</w:t>
      </w:r>
      <w:proofErr w:type="spellEnd"/>
      <w:r>
        <w:t>)</w:t>
      </w:r>
    </w:p>
    <w:p w14:paraId="0B967E48" w14:textId="5AD5EC1C" w:rsidR="001A2543" w:rsidRDefault="00D2548C">
      <w:r w:rsidRPr="00D2548C">
        <w:t>pppp.pressoffice@gmail.com</w:t>
      </w:r>
      <w:r>
        <w:t xml:space="preserve"> (</w:t>
      </w:r>
      <w:proofErr w:type="spellStart"/>
      <w:r>
        <w:t>সাংবাদিক</w:t>
      </w:r>
      <w:proofErr w:type="spellEnd"/>
      <w:r>
        <w:t xml:space="preserve"> ও </w:t>
      </w:r>
      <w:proofErr w:type="spellStart"/>
      <w:r>
        <w:t>প্রেস</w:t>
      </w:r>
      <w:proofErr w:type="spellEnd"/>
      <w:r>
        <w:t xml:space="preserve"> </w:t>
      </w:r>
      <w:proofErr w:type="spellStart"/>
      <w:r>
        <w:t>যোগাযোগ</w:t>
      </w:r>
      <w:proofErr w:type="spellEnd"/>
      <w:r>
        <w:t>)</w:t>
      </w:r>
    </w:p>
    <w:p w14:paraId="27775518" w14:textId="1130F2A8" w:rsidR="001A2543" w:rsidRDefault="00D2548C">
      <w:r w:rsidRPr="00D2548C">
        <w:t>pppp.newsdesk@gmail.com</w:t>
      </w:r>
      <w:r>
        <w:t xml:space="preserve"> (</w:t>
      </w:r>
      <w:proofErr w:type="spellStart"/>
      <w:r>
        <w:t>সংবাদ</w:t>
      </w:r>
      <w:proofErr w:type="spellEnd"/>
      <w:r>
        <w:t xml:space="preserve"> </w:t>
      </w:r>
      <w:proofErr w:type="spellStart"/>
      <w:r>
        <w:t>বিজ্ঞপ্তি</w:t>
      </w:r>
      <w:proofErr w:type="spellEnd"/>
      <w:r>
        <w:t xml:space="preserve"> ও </w:t>
      </w:r>
      <w:proofErr w:type="spellStart"/>
      <w:r>
        <w:t>আপডেট</w:t>
      </w:r>
      <w:proofErr w:type="spellEnd"/>
      <w:r>
        <w:t>)</w:t>
      </w:r>
    </w:p>
    <w:p w14:paraId="28083164" w14:textId="77777777" w:rsidR="001A2543" w:rsidRDefault="00000000">
      <w:r>
        <w:t>pppp.editorial@gmail.com (সম্পাদকীয় কাজ)</w:t>
      </w:r>
    </w:p>
    <w:p w14:paraId="5D5BA198" w14:textId="77777777" w:rsidR="001A2543" w:rsidRDefault="00000000">
      <w:r>
        <w:t>pppp.publicity@gmail.com (প্রচার ও প্রচারণা)</w:t>
      </w:r>
    </w:p>
    <w:p w14:paraId="1F531D03" w14:textId="77777777" w:rsidR="001A2543" w:rsidRDefault="00000000">
      <w:r>
        <w:t>pppp.campaign@gmail.com (নির্বাচনী ও অন্যান্য ক্যাম্পেইন)</w:t>
      </w:r>
    </w:p>
    <w:p w14:paraId="528CB8EE" w14:textId="3ADC4FAF" w:rsidR="001A2543" w:rsidRDefault="00000000">
      <w:r>
        <w:t>pppp.communications@gmail.com (</w:t>
      </w:r>
      <w:proofErr w:type="spellStart"/>
      <w:r w:rsidR="00A74119" w:rsidRPr="00A74119">
        <w:rPr>
          <w:rFonts w:ascii="Nirmala UI" w:hAnsi="Nirmala UI" w:cs="Nirmala UI"/>
        </w:rPr>
        <w:t>অফিসিয়াল</w:t>
      </w:r>
      <w:proofErr w:type="spellEnd"/>
      <w:r>
        <w:t xml:space="preserve"> </w:t>
      </w:r>
      <w:proofErr w:type="spellStart"/>
      <w:r>
        <w:t>যোগাযোগ</w:t>
      </w:r>
      <w:proofErr w:type="spellEnd"/>
      <w:r>
        <w:t xml:space="preserve"> </w:t>
      </w:r>
      <w:proofErr w:type="spellStart"/>
      <w:r>
        <w:t>ব্যবস্থাপনা</w:t>
      </w:r>
      <w:proofErr w:type="spellEnd"/>
      <w:r>
        <w:t>)</w:t>
      </w:r>
    </w:p>
    <w:p w14:paraId="7B9F6F2E" w14:textId="77777777" w:rsidR="001A2543" w:rsidRDefault="00000000">
      <w:r>
        <w:t>pppp.announcements@gmail.com (গণবার্তা ও ঘোষণা)</w:t>
      </w:r>
    </w:p>
    <w:p w14:paraId="4489E859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সদস্য</w:t>
      </w:r>
      <w:proofErr w:type="spellEnd"/>
      <w:r>
        <w:rPr>
          <w:b/>
          <w:sz w:val="28"/>
        </w:rPr>
        <w:t xml:space="preserve"> ও </w:t>
      </w:r>
      <w:proofErr w:type="spellStart"/>
      <w:r>
        <w:rPr>
          <w:b/>
          <w:sz w:val="28"/>
        </w:rPr>
        <w:t>সংগঠন</w:t>
      </w:r>
      <w:proofErr w:type="spellEnd"/>
    </w:p>
    <w:p w14:paraId="2E79270E" w14:textId="569C482E" w:rsidR="001A2543" w:rsidRDefault="00000000">
      <w:pPr>
        <w:jc w:val="center"/>
      </w:pPr>
      <w:r>
        <w:rPr>
          <w:b/>
          <w:sz w:val="28"/>
        </w:rPr>
        <w:t>(Membership &amp; Organization)</w:t>
      </w:r>
    </w:p>
    <w:p w14:paraId="78DC1AED" w14:textId="77777777" w:rsidR="001A2543" w:rsidRDefault="00000000">
      <w:r>
        <w:t>pppp.members@gmail.com (সদস্য নিবন্ধন ও সদস্যসেবা)</w:t>
      </w:r>
    </w:p>
    <w:p w14:paraId="2F01E3F2" w14:textId="77777777" w:rsidR="001A2543" w:rsidRDefault="00000000">
      <w:r>
        <w:t>pppp.organization@gmail.com (সাংগঠনিক বিষয়)</w:t>
      </w:r>
    </w:p>
    <w:p w14:paraId="563B9781" w14:textId="77777777" w:rsidR="00A74119" w:rsidRDefault="00000000">
      <w:r>
        <w:t>pppp.network@gmail.com (নেটওয়ার্ক ও সমন্বয়)</w:t>
      </w:r>
    </w:p>
    <w:p w14:paraId="1B9E455C" w14:textId="537BFA3B" w:rsidR="001A2543" w:rsidRDefault="00000000">
      <w:r>
        <w:t>pppp.coordination@gmail.com (</w:t>
      </w:r>
      <w:proofErr w:type="spellStart"/>
      <w:r>
        <w:t>সমন্বয়</w:t>
      </w:r>
      <w:proofErr w:type="spellEnd"/>
      <w:r>
        <w:t xml:space="preserve"> </w:t>
      </w:r>
      <w:proofErr w:type="spellStart"/>
      <w:r>
        <w:t>কার্যক্রম</w:t>
      </w:r>
      <w:proofErr w:type="spellEnd"/>
      <w:r>
        <w:t>)</w:t>
      </w:r>
    </w:p>
    <w:p w14:paraId="21D7A162" w14:textId="77777777" w:rsidR="001A2543" w:rsidRDefault="00000000">
      <w:r>
        <w:t>pppp.secretariat@gmail.com (সচিবালয়ের অফিসিয়াল কাজ)</w:t>
      </w:r>
    </w:p>
    <w:p w14:paraId="5E4F2EAF" w14:textId="17F6FB51" w:rsidR="001A2543" w:rsidRDefault="00000000">
      <w:r>
        <w:t>pppp.committees@gmail.com (কমিটি সংক্রান্ত যোগাযোগ)</w:t>
      </w:r>
    </w:p>
    <w:p w14:paraId="5A5B694B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প্রশাসন</w:t>
      </w:r>
      <w:proofErr w:type="spellEnd"/>
      <w:r>
        <w:rPr>
          <w:b/>
          <w:sz w:val="28"/>
        </w:rPr>
        <w:t xml:space="preserve"> ও </w:t>
      </w:r>
      <w:proofErr w:type="spellStart"/>
      <w:r>
        <w:rPr>
          <w:b/>
          <w:sz w:val="28"/>
        </w:rPr>
        <w:t>অর্থ</w:t>
      </w:r>
      <w:proofErr w:type="spellEnd"/>
    </w:p>
    <w:p w14:paraId="1EBECBD0" w14:textId="101D97F6" w:rsidR="001A2543" w:rsidRDefault="00000000">
      <w:pPr>
        <w:jc w:val="center"/>
      </w:pPr>
      <w:r>
        <w:rPr>
          <w:b/>
          <w:sz w:val="28"/>
        </w:rPr>
        <w:t>(Administration &amp; Finance)</w:t>
      </w:r>
    </w:p>
    <w:p w14:paraId="189DB50B" w14:textId="6823A44F" w:rsidR="001A2543" w:rsidRDefault="0014545C">
      <w:r w:rsidRPr="0014545C">
        <w:t>pppp.administration@gmail.com</w:t>
      </w:r>
      <w:r>
        <w:t xml:space="preserve"> (</w:t>
      </w:r>
      <w:proofErr w:type="spellStart"/>
      <w:r w:rsidRPr="0014545C">
        <w:rPr>
          <w:rFonts w:ascii="Nirmala UI" w:hAnsi="Nirmala UI" w:cs="Nirmala UI"/>
        </w:rPr>
        <w:t>প্রশাসন</w:t>
      </w:r>
      <w:proofErr w:type="spellEnd"/>
      <w:r w:rsidRPr="0014545C">
        <w:rPr>
          <w:rFonts w:ascii="Nirmala UI" w:hAnsi="Nirmala UI" w:cs="Nirmala UI"/>
        </w:rPr>
        <w:t xml:space="preserve"> </w:t>
      </w:r>
      <w:proofErr w:type="spellStart"/>
      <w:r w:rsidRPr="0014545C">
        <w:rPr>
          <w:rFonts w:ascii="Nirmala UI" w:hAnsi="Nirmala UI" w:cs="Nirmala UI"/>
        </w:rPr>
        <w:t>বিভাগ</w:t>
      </w:r>
      <w:proofErr w:type="spellEnd"/>
      <w:r>
        <w:t>)</w:t>
      </w:r>
    </w:p>
    <w:p w14:paraId="75372F99" w14:textId="77777777" w:rsidR="001A2543" w:rsidRDefault="00000000">
      <w:r>
        <w:t>pppp.planning@gmail.com (ব্যবস্থাপনা ও পরিকল্পনা)</w:t>
      </w:r>
    </w:p>
    <w:p w14:paraId="612A0128" w14:textId="3B137BA3" w:rsidR="001A2543" w:rsidRDefault="005915FC">
      <w:r w:rsidRPr="005915FC">
        <w:t>pppp.treasuryoffice@gmail.com</w:t>
      </w:r>
      <w:r>
        <w:t xml:space="preserve"> (</w:t>
      </w:r>
      <w:proofErr w:type="spellStart"/>
      <w:r w:rsidRPr="005915FC">
        <w:rPr>
          <w:rFonts w:ascii="Nirmala UI" w:hAnsi="Nirmala UI" w:cs="Nirmala UI"/>
        </w:rPr>
        <w:t>কোষাগার</w:t>
      </w:r>
      <w:proofErr w:type="spellEnd"/>
      <w:r w:rsidRPr="005915FC">
        <w:t xml:space="preserve"> </w:t>
      </w:r>
      <w:r w:rsidRPr="005915FC">
        <w:rPr>
          <w:rFonts w:ascii="Nirmala UI" w:hAnsi="Nirmala UI" w:cs="Nirmala UI"/>
        </w:rPr>
        <w:t>ও</w:t>
      </w:r>
      <w:r w:rsidRPr="005915FC">
        <w:t xml:space="preserve"> </w:t>
      </w:r>
      <w:proofErr w:type="spellStart"/>
      <w:r w:rsidRPr="005915FC">
        <w:rPr>
          <w:rFonts w:ascii="Nirmala UI" w:hAnsi="Nirmala UI" w:cs="Nirmala UI"/>
        </w:rPr>
        <w:t>তহবিল</w:t>
      </w:r>
      <w:proofErr w:type="spellEnd"/>
      <w:r w:rsidRPr="005915FC">
        <w:t xml:space="preserve"> </w:t>
      </w:r>
      <w:proofErr w:type="spellStart"/>
      <w:r w:rsidRPr="005915FC">
        <w:rPr>
          <w:rFonts w:ascii="Nirmala UI" w:hAnsi="Nirmala UI" w:cs="Nirmala UI"/>
        </w:rPr>
        <w:t>ব্যবস্থাপনা</w:t>
      </w:r>
      <w:proofErr w:type="spellEnd"/>
      <w:r>
        <w:t>)</w:t>
      </w:r>
    </w:p>
    <w:p w14:paraId="237B500C" w14:textId="09A0B803" w:rsidR="001A2543" w:rsidRDefault="005915FC">
      <w:r w:rsidRPr="005915FC">
        <w:t>pppp.financeoffice@gmail.com</w:t>
      </w:r>
      <w:r>
        <w:t xml:space="preserve"> (</w:t>
      </w:r>
      <w:proofErr w:type="spellStart"/>
      <w:r>
        <w:t>অর্থ</w:t>
      </w:r>
      <w:proofErr w:type="spellEnd"/>
      <w:r>
        <w:t xml:space="preserve"> ও </w:t>
      </w:r>
      <w:proofErr w:type="spellStart"/>
      <w:r>
        <w:t>বাজেট</w:t>
      </w:r>
      <w:proofErr w:type="spellEnd"/>
      <w:r>
        <w:t>)</w:t>
      </w:r>
    </w:p>
    <w:p w14:paraId="4CBAA125" w14:textId="77777777" w:rsidR="001A2543" w:rsidRDefault="00000000">
      <w:r>
        <w:t>pppp.legal@gmail.com (আইনি বিষয়)</w:t>
      </w:r>
    </w:p>
    <w:p w14:paraId="2EC4D88B" w14:textId="1B700175" w:rsidR="001A2543" w:rsidRDefault="005915FC">
      <w:r w:rsidRPr="005915FC">
        <w:t>pppp.archivesoffice@gmail.com</w:t>
      </w:r>
      <w:r>
        <w:t xml:space="preserve"> (</w:t>
      </w:r>
      <w:proofErr w:type="spellStart"/>
      <w:r>
        <w:t>রেকর্ড</w:t>
      </w:r>
      <w:proofErr w:type="spellEnd"/>
      <w:r>
        <w:t xml:space="preserve"> ও </w:t>
      </w:r>
      <w:proofErr w:type="spellStart"/>
      <w:r>
        <w:t>আর্কাইভ</w:t>
      </w:r>
      <w:proofErr w:type="spellEnd"/>
      <w:r>
        <w:t xml:space="preserve"> </w:t>
      </w:r>
      <w:proofErr w:type="spellStart"/>
      <w:r>
        <w:t>সংরক্ষণ</w:t>
      </w:r>
      <w:proofErr w:type="spellEnd"/>
      <w:r>
        <w:t>)</w:t>
      </w:r>
    </w:p>
    <w:p w14:paraId="191C7001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আন্তর্জাতিক</w:t>
      </w:r>
      <w:proofErr w:type="spellEnd"/>
    </w:p>
    <w:p w14:paraId="50B406A4" w14:textId="4F08A12F" w:rsidR="001A2543" w:rsidRDefault="00000000">
      <w:pPr>
        <w:jc w:val="center"/>
      </w:pPr>
      <w:r>
        <w:rPr>
          <w:b/>
          <w:sz w:val="28"/>
        </w:rPr>
        <w:t>(International)</w:t>
      </w:r>
    </w:p>
    <w:p w14:paraId="256F999F" w14:textId="77777777" w:rsidR="001A2543" w:rsidRDefault="00000000">
      <w:r>
        <w:t>pppp.international@gmail.com (বিদেশি সংগঠন ও প্রতিনিধিদের যোগাযোগ)</w:t>
      </w:r>
    </w:p>
    <w:p w14:paraId="45652CA6" w14:textId="4069FA2C" w:rsidR="001A2543" w:rsidRDefault="005915FC">
      <w:r w:rsidRPr="005915FC">
        <w:t>pppp.globaloffice@gmail.com</w:t>
      </w:r>
      <w:r>
        <w:t xml:space="preserve"> (</w:t>
      </w:r>
      <w:proofErr w:type="spellStart"/>
      <w:r>
        <w:t>আন্তর্জাতিক</w:t>
      </w:r>
      <w:proofErr w:type="spellEnd"/>
      <w:r>
        <w:t xml:space="preserve"> </w:t>
      </w:r>
      <w:proofErr w:type="spellStart"/>
      <w:r>
        <w:t>যোগাযোগ</w:t>
      </w:r>
      <w:proofErr w:type="spellEnd"/>
      <w:r>
        <w:t>)</w:t>
      </w:r>
    </w:p>
    <w:p w14:paraId="556EA582" w14:textId="77777777" w:rsidR="001A2543" w:rsidRDefault="00000000">
      <w:r>
        <w:t>pppp.diplomacy@gmail.com (কূটনৈতিক যোগাযোগ)</w:t>
      </w:r>
    </w:p>
    <w:p w14:paraId="10D057D4" w14:textId="77777777" w:rsidR="001A2543" w:rsidRDefault="00000000">
      <w:r>
        <w:t>pppp.foreignaffairs@gmail.com (বিদেশবিষয়ক কার্যক্রম)</w:t>
      </w:r>
    </w:p>
    <w:p w14:paraId="23C60D33" w14:textId="5B0E384F" w:rsidR="001A2543" w:rsidRPr="00A74119" w:rsidRDefault="00000000" w:rsidP="00A74119">
      <w:pPr>
        <w:jc w:val="center"/>
        <w:rPr>
          <w:b/>
          <w:bCs/>
          <w:sz w:val="28"/>
          <w:szCs w:val="28"/>
        </w:rPr>
      </w:pPr>
      <w:proofErr w:type="spellStart"/>
      <w:r w:rsidRPr="00A74119">
        <w:rPr>
          <w:b/>
          <w:bCs/>
          <w:sz w:val="28"/>
          <w:szCs w:val="28"/>
        </w:rPr>
        <w:t>পিপিপিপির</w:t>
      </w:r>
      <w:proofErr w:type="spellEnd"/>
      <w:r w:rsidRPr="00A74119">
        <w:rPr>
          <w:b/>
          <w:bCs/>
          <w:sz w:val="28"/>
          <w:szCs w:val="28"/>
        </w:rPr>
        <w:t xml:space="preserve"> </w:t>
      </w:r>
      <w:proofErr w:type="spellStart"/>
      <w:r w:rsidRPr="00A74119">
        <w:rPr>
          <w:b/>
          <w:bCs/>
          <w:sz w:val="28"/>
          <w:szCs w:val="28"/>
        </w:rPr>
        <w:t>সবচেয়ে</w:t>
      </w:r>
      <w:proofErr w:type="spellEnd"/>
      <w:r w:rsidRPr="00A74119">
        <w:rPr>
          <w:b/>
          <w:bCs/>
          <w:sz w:val="28"/>
          <w:szCs w:val="28"/>
        </w:rPr>
        <w:t xml:space="preserve"> </w:t>
      </w:r>
      <w:proofErr w:type="spellStart"/>
      <w:r w:rsidRPr="00A74119">
        <w:rPr>
          <w:b/>
          <w:bCs/>
          <w:sz w:val="28"/>
          <w:szCs w:val="28"/>
        </w:rPr>
        <w:t>গুরুত্বপূর্ণ</w:t>
      </w:r>
      <w:proofErr w:type="spellEnd"/>
      <w:r w:rsidRPr="00A74119">
        <w:rPr>
          <w:b/>
          <w:bCs/>
          <w:sz w:val="28"/>
          <w:szCs w:val="28"/>
        </w:rPr>
        <w:t xml:space="preserve"> ১০ </w:t>
      </w:r>
      <w:proofErr w:type="spellStart"/>
      <w:r w:rsidRPr="00A74119">
        <w:rPr>
          <w:b/>
          <w:bCs/>
          <w:sz w:val="28"/>
          <w:szCs w:val="28"/>
        </w:rPr>
        <w:t>ইমেইল</w:t>
      </w:r>
      <w:proofErr w:type="spellEnd"/>
      <w:r w:rsidRPr="00A74119">
        <w:rPr>
          <w:b/>
          <w:bCs/>
          <w:sz w:val="28"/>
          <w:szCs w:val="28"/>
        </w:rPr>
        <w:t xml:space="preserve"> </w:t>
      </w:r>
      <w:proofErr w:type="spellStart"/>
      <w:r w:rsidRPr="00A74119">
        <w:rPr>
          <w:b/>
          <w:bCs/>
          <w:sz w:val="28"/>
          <w:szCs w:val="28"/>
        </w:rPr>
        <w:t>অ্যাড্রেস</w:t>
      </w:r>
      <w:proofErr w:type="spellEnd"/>
    </w:p>
    <w:p w14:paraId="7FF5254E" w14:textId="5DE2A62F" w:rsidR="001A2543" w:rsidRDefault="00000000" w:rsidP="00A74119">
      <w:pPr>
        <w:jc w:val="center"/>
      </w:pPr>
      <w:r w:rsidRPr="00A74119">
        <w:rPr>
          <w:b/>
          <w:bCs/>
          <w:sz w:val="28"/>
          <w:szCs w:val="28"/>
        </w:rPr>
        <w:t>(PPPP Top 10 Most Important Email Addresses)</w:t>
      </w:r>
    </w:p>
    <w:p w14:paraId="7AA521FC" w14:textId="77777777" w:rsidR="001A2543" w:rsidRDefault="00000000">
      <w:r>
        <w:t>pppp.bangladesh@gmail.com (প্রধান / অফিসিয়াল ইমেইল)</w:t>
      </w:r>
    </w:p>
    <w:p w14:paraId="2C15BC1B" w14:textId="2C568292" w:rsidR="001A2543" w:rsidRDefault="00075A1A">
      <w:r w:rsidRPr="00075A1A">
        <w:t>pppp.headoffice@gmail.com</w:t>
      </w:r>
      <w:r>
        <w:t xml:space="preserve"> (</w:t>
      </w:r>
      <w:proofErr w:type="spellStart"/>
      <w:r w:rsidRPr="00075A1A">
        <w:rPr>
          <w:rFonts w:ascii="Nirmala UI" w:hAnsi="Nirmala UI" w:cs="Nirmala UI"/>
        </w:rPr>
        <w:t>কেন্দ্রীয়</w:t>
      </w:r>
      <w:proofErr w:type="spellEnd"/>
      <w:r w:rsidRPr="00075A1A">
        <w:t xml:space="preserve"> / </w:t>
      </w:r>
      <w:proofErr w:type="spellStart"/>
      <w:r w:rsidRPr="00075A1A">
        <w:rPr>
          <w:rFonts w:ascii="Nirmala UI" w:hAnsi="Nirmala UI" w:cs="Nirmala UI"/>
        </w:rPr>
        <w:t>হেড</w:t>
      </w:r>
      <w:proofErr w:type="spellEnd"/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অফিস</w:t>
      </w:r>
      <w:proofErr w:type="spellEnd"/>
      <w:r>
        <w:t>)</w:t>
      </w:r>
    </w:p>
    <w:p w14:paraId="58DE1F84" w14:textId="5A3F6F80" w:rsidR="001A2543" w:rsidRDefault="00075A1A">
      <w:r w:rsidRPr="00075A1A">
        <w:t>pppp.adminoffice@gmail.com</w:t>
      </w:r>
      <w:r>
        <w:t xml:space="preserve"> (</w:t>
      </w:r>
      <w:proofErr w:type="spellStart"/>
      <w:r>
        <w:t>প্রশাসনিক</w:t>
      </w:r>
      <w:proofErr w:type="spellEnd"/>
      <w:r>
        <w:t xml:space="preserve"> </w:t>
      </w:r>
      <w:proofErr w:type="spellStart"/>
      <w:r>
        <w:t>অফিস</w:t>
      </w:r>
      <w:proofErr w:type="spellEnd"/>
      <w:r>
        <w:t>)</w:t>
      </w:r>
    </w:p>
    <w:p w14:paraId="5C6BDE46" w14:textId="70385630" w:rsidR="001A2543" w:rsidRDefault="00075A1A">
      <w:r w:rsidRPr="00075A1A">
        <w:t>pppp.information@gmail.com</w:t>
      </w:r>
      <w:r>
        <w:t xml:space="preserve"> (</w:t>
      </w:r>
      <w:proofErr w:type="spellStart"/>
      <w:r w:rsidRPr="00075A1A">
        <w:rPr>
          <w:rFonts w:ascii="Nirmala UI" w:hAnsi="Nirmala UI" w:cs="Nirmala UI"/>
        </w:rPr>
        <w:t>সাধারণ</w:t>
      </w:r>
      <w:proofErr w:type="spellEnd"/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তথ্য</w:t>
      </w:r>
      <w:proofErr w:type="spellEnd"/>
      <w:r w:rsidRPr="00075A1A">
        <w:t xml:space="preserve"> </w:t>
      </w:r>
      <w:r w:rsidRPr="00075A1A">
        <w:rPr>
          <w:rFonts w:ascii="Nirmala UI" w:hAnsi="Nirmala UI" w:cs="Nirmala UI"/>
        </w:rPr>
        <w:t>ও</w:t>
      </w:r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তথ্যের</w:t>
      </w:r>
      <w:proofErr w:type="spellEnd"/>
      <w:r w:rsidRPr="00075A1A">
        <w:t xml:space="preserve"> </w:t>
      </w:r>
      <w:proofErr w:type="spellStart"/>
      <w:r w:rsidRPr="00075A1A">
        <w:rPr>
          <w:rFonts w:ascii="Nirmala UI" w:hAnsi="Nirmala UI" w:cs="Nirmala UI"/>
        </w:rPr>
        <w:t>অনুরোধ</w:t>
      </w:r>
      <w:proofErr w:type="spellEnd"/>
      <w:r>
        <w:t>)</w:t>
      </w:r>
    </w:p>
    <w:p w14:paraId="313AFCAC" w14:textId="1A6114DD" w:rsidR="001A2543" w:rsidRDefault="00075A1A">
      <w:r w:rsidRPr="00075A1A">
        <w:t>pppp.contactoffice@gmail.com</w:t>
      </w:r>
      <w:r>
        <w:t xml:space="preserve"> (</w:t>
      </w:r>
      <w:proofErr w:type="spellStart"/>
      <w:r>
        <w:t>সাধারণ</w:t>
      </w:r>
      <w:proofErr w:type="spellEnd"/>
      <w:r>
        <w:t xml:space="preserve"> </w:t>
      </w:r>
      <w:proofErr w:type="spellStart"/>
      <w:r>
        <w:t>যোগাযোগ</w:t>
      </w:r>
      <w:proofErr w:type="spellEnd"/>
      <w:r>
        <w:t>)</w:t>
      </w:r>
    </w:p>
    <w:p w14:paraId="3EFC12C6" w14:textId="2E00710C" w:rsidR="001A2543" w:rsidRDefault="00000000">
      <w:r>
        <w:t>pppp.support@gmail.com (</w:t>
      </w:r>
      <w:proofErr w:type="spellStart"/>
      <w:r w:rsidR="006B680A" w:rsidRPr="006B680A">
        <w:rPr>
          <w:rFonts w:ascii="Nirmala UI" w:hAnsi="Nirmala UI" w:cs="Nirmala UI"/>
        </w:rPr>
        <w:t>সদস্য</w:t>
      </w:r>
      <w:proofErr w:type="spellEnd"/>
      <w:r w:rsidR="006B680A" w:rsidRPr="006B680A">
        <w:t xml:space="preserve"> </w:t>
      </w:r>
      <w:r w:rsidR="006B680A" w:rsidRPr="006B680A">
        <w:rPr>
          <w:rFonts w:ascii="Nirmala UI" w:hAnsi="Nirmala UI" w:cs="Nirmala UI"/>
        </w:rPr>
        <w:t>ও</w:t>
      </w:r>
      <w:r w:rsidR="006B680A" w:rsidRPr="006B680A">
        <w:t xml:space="preserve"> </w:t>
      </w:r>
      <w:proofErr w:type="spellStart"/>
      <w:r w:rsidR="006B680A" w:rsidRPr="006B680A">
        <w:rPr>
          <w:rFonts w:ascii="Nirmala UI" w:hAnsi="Nirmala UI" w:cs="Nirmala UI"/>
        </w:rPr>
        <w:t>সাধারণ</w:t>
      </w:r>
      <w:proofErr w:type="spellEnd"/>
      <w:r w:rsidR="006B680A" w:rsidRPr="006B680A">
        <w:t xml:space="preserve"> </w:t>
      </w:r>
      <w:proofErr w:type="spellStart"/>
      <w:r w:rsidR="006B680A" w:rsidRPr="006B680A">
        <w:rPr>
          <w:rFonts w:ascii="Nirmala UI" w:hAnsi="Nirmala UI" w:cs="Nirmala UI"/>
        </w:rPr>
        <w:t>মানুষের</w:t>
      </w:r>
      <w:proofErr w:type="spellEnd"/>
      <w:r w:rsidR="006B680A" w:rsidRPr="006B680A">
        <w:t xml:space="preserve"> </w:t>
      </w:r>
      <w:proofErr w:type="spellStart"/>
      <w:r w:rsidR="006B680A" w:rsidRPr="006B680A">
        <w:rPr>
          <w:rFonts w:ascii="Nirmala UI" w:hAnsi="Nirmala UI" w:cs="Nirmala UI"/>
        </w:rPr>
        <w:t>সহায়তা</w:t>
      </w:r>
      <w:proofErr w:type="spellEnd"/>
      <w:r>
        <w:t>)</w:t>
      </w:r>
    </w:p>
    <w:p w14:paraId="676909EC" w14:textId="30927099" w:rsidR="001A2543" w:rsidRDefault="00D2548C">
      <w:r w:rsidRPr="00D2548C">
        <w:t>pppp.pressoffice@gmail.com</w:t>
      </w:r>
      <w:r>
        <w:t xml:space="preserve"> (</w:t>
      </w:r>
      <w:proofErr w:type="spellStart"/>
      <w:r w:rsidRPr="00D2548C">
        <w:rPr>
          <w:rFonts w:ascii="Nirmala UI" w:hAnsi="Nirmala UI" w:cs="Nirmala UI"/>
        </w:rPr>
        <w:t>সাংবাদিক</w:t>
      </w:r>
      <w:proofErr w:type="spellEnd"/>
      <w:r w:rsidRPr="00D2548C">
        <w:t xml:space="preserve"> </w:t>
      </w:r>
      <w:r w:rsidRPr="00D2548C">
        <w:rPr>
          <w:rFonts w:ascii="Nirmala UI" w:hAnsi="Nirmala UI" w:cs="Nirmala UI"/>
        </w:rPr>
        <w:t>ও</w:t>
      </w:r>
      <w:r w:rsidRPr="00D2548C">
        <w:t xml:space="preserve"> </w:t>
      </w:r>
      <w:proofErr w:type="spellStart"/>
      <w:r w:rsidRPr="00D2548C">
        <w:rPr>
          <w:rFonts w:ascii="Nirmala UI" w:hAnsi="Nirmala UI" w:cs="Nirmala UI"/>
        </w:rPr>
        <w:t>প্রেস</w:t>
      </w:r>
      <w:proofErr w:type="spellEnd"/>
      <w:r w:rsidRPr="00D2548C">
        <w:t xml:space="preserve"> </w:t>
      </w:r>
      <w:proofErr w:type="spellStart"/>
      <w:r w:rsidRPr="00D2548C">
        <w:rPr>
          <w:rFonts w:ascii="Nirmala UI" w:hAnsi="Nirmala UI" w:cs="Nirmala UI"/>
        </w:rPr>
        <w:t>যোগাযোগ</w:t>
      </w:r>
      <w:proofErr w:type="spellEnd"/>
      <w:r>
        <w:t>)</w:t>
      </w:r>
    </w:p>
    <w:p w14:paraId="43AE9453" w14:textId="0022578F" w:rsidR="001A2543" w:rsidRDefault="00632E80">
      <w:r w:rsidRPr="00632E80">
        <w:t>pppp.mediacenter@gmail.com</w:t>
      </w:r>
      <w:r>
        <w:t xml:space="preserve"> (</w:t>
      </w:r>
      <w:proofErr w:type="spellStart"/>
      <w:r>
        <w:t>মিডিয়া</w:t>
      </w:r>
      <w:proofErr w:type="spellEnd"/>
      <w:r>
        <w:t xml:space="preserve"> ও </w:t>
      </w:r>
      <w:proofErr w:type="spellStart"/>
      <w:r>
        <w:t>প্রচার</w:t>
      </w:r>
      <w:proofErr w:type="spellEnd"/>
      <w:r>
        <w:t>)</w:t>
      </w:r>
    </w:p>
    <w:p w14:paraId="0EF3F359" w14:textId="512E8443" w:rsidR="00632E80" w:rsidRDefault="00000000">
      <w:r>
        <w:t>pppp.members@gmail.com (</w:t>
      </w:r>
      <w:proofErr w:type="spellStart"/>
      <w:r w:rsidR="006B680A" w:rsidRPr="006B680A">
        <w:rPr>
          <w:rFonts w:ascii="Nirmala UI" w:hAnsi="Nirmala UI" w:cs="Nirmala UI"/>
        </w:rPr>
        <w:t>সদস্য</w:t>
      </w:r>
      <w:proofErr w:type="spellEnd"/>
      <w:r w:rsidR="006B680A" w:rsidRPr="006B680A">
        <w:t xml:space="preserve"> </w:t>
      </w:r>
      <w:proofErr w:type="spellStart"/>
      <w:r w:rsidR="006B680A" w:rsidRPr="006B680A">
        <w:rPr>
          <w:rFonts w:ascii="Nirmala UI" w:hAnsi="Nirmala UI" w:cs="Nirmala UI"/>
        </w:rPr>
        <w:t>নিবন্ধন</w:t>
      </w:r>
      <w:proofErr w:type="spellEnd"/>
      <w:r w:rsidR="006B680A" w:rsidRPr="006B680A">
        <w:t xml:space="preserve"> </w:t>
      </w:r>
      <w:r w:rsidR="006B680A" w:rsidRPr="006B680A">
        <w:rPr>
          <w:rFonts w:ascii="Nirmala UI" w:hAnsi="Nirmala UI" w:cs="Nirmala UI"/>
        </w:rPr>
        <w:t>ও</w:t>
      </w:r>
      <w:r w:rsidR="006B680A" w:rsidRPr="006B680A">
        <w:t xml:space="preserve"> </w:t>
      </w:r>
      <w:proofErr w:type="spellStart"/>
      <w:r w:rsidR="006B680A" w:rsidRPr="006B680A">
        <w:rPr>
          <w:rFonts w:ascii="Nirmala UI" w:hAnsi="Nirmala UI" w:cs="Nirmala UI"/>
        </w:rPr>
        <w:t>সদস্যসেবা</w:t>
      </w:r>
      <w:proofErr w:type="spellEnd"/>
      <w:r>
        <w:t>)</w:t>
      </w:r>
    </w:p>
    <w:p w14:paraId="2090D2C0" w14:textId="7D2EFEDA" w:rsidR="001A2543" w:rsidRDefault="00000000">
      <w:r>
        <w:t>pppp.legal@gmail.com (</w:t>
      </w:r>
      <w:proofErr w:type="spellStart"/>
      <w:r>
        <w:t>আইনি</w:t>
      </w:r>
      <w:proofErr w:type="spellEnd"/>
      <w:r>
        <w:t xml:space="preserve"> </w:t>
      </w:r>
      <w:proofErr w:type="spellStart"/>
      <w:r>
        <w:t>বিষয়</w:t>
      </w:r>
      <w:proofErr w:type="spellEnd"/>
      <w:r>
        <w:t>)</w:t>
      </w:r>
    </w:p>
    <w:p w14:paraId="6EF1D7AE" w14:textId="77777777" w:rsidR="001A2543" w:rsidRPr="00A74119" w:rsidRDefault="00000000" w:rsidP="00A74119">
      <w:pPr>
        <w:jc w:val="center"/>
        <w:rPr>
          <w:b/>
          <w:bCs/>
          <w:sz w:val="28"/>
          <w:szCs w:val="28"/>
        </w:rPr>
      </w:pPr>
      <w:r w:rsidRPr="00A74119">
        <w:rPr>
          <w:b/>
          <w:bCs/>
          <w:sz w:val="28"/>
          <w:szCs w:val="28"/>
        </w:rPr>
        <w:t>পিপিপিপির শাখাসমূহের অফিসিয়াল ইমেইল অ্যাড্রেসসমূহ</w:t>
      </w:r>
    </w:p>
    <w:p w14:paraId="4EEC1670" w14:textId="77777777" w:rsidR="001A2543" w:rsidRPr="00A74119" w:rsidRDefault="00000000" w:rsidP="00A74119">
      <w:pPr>
        <w:jc w:val="center"/>
        <w:rPr>
          <w:b/>
          <w:bCs/>
          <w:sz w:val="28"/>
          <w:szCs w:val="28"/>
        </w:rPr>
      </w:pPr>
      <w:r w:rsidRPr="00A74119">
        <w:rPr>
          <w:b/>
          <w:bCs/>
          <w:sz w:val="28"/>
          <w:szCs w:val="28"/>
        </w:rPr>
        <w:t>(PPPP Branch Official Email Addresses)</w:t>
      </w:r>
    </w:p>
    <w:p w14:paraId="1822DB5E" w14:textId="77777777" w:rsidR="002D6197" w:rsidRDefault="00000000" w:rsidP="00A74119">
      <w:pPr>
        <w:jc w:val="center"/>
        <w:rPr>
          <w:b/>
          <w:bCs/>
          <w:sz w:val="28"/>
          <w:szCs w:val="28"/>
        </w:rPr>
      </w:pPr>
      <w:proofErr w:type="spellStart"/>
      <w:r w:rsidRPr="00A74119">
        <w:rPr>
          <w:b/>
          <w:bCs/>
          <w:sz w:val="28"/>
          <w:szCs w:val="28"/>
        </w:rPr>
        <w:t>পিপিপিপির</w:t>
      </w:r>
      <w:proofErr w:type="spellEnd"/>
      <w:r w:rsidRPr="00A74119">
        <w:rPr>
          <w:b/>
          <w:bCs/>
          <w:sz w:val="28"/>
          <w:szCs w:val="28"/>
        </w:rPr>
        <w:t xml:space="preserve"> ১৫ </w:t>
      </w:r>
      <w:proofErr w:type="spellStart"/>
      <w:r w:rsidRPr="00A74119">
        <w:rPr>
          <w:b/>
          <w:bCs/>
          <w:sz w:val="28"/>
          <w:szCs w:val="28"/>
        </w:rPr>
        <w:t>পুরুষ</w:t>
      </w:r>
      <w:proofErr w:type="spellEnd"/>
      <w:r w:rsidRPr="00A74119">
        <w:rPr>
          <w:b/>
          <w:bCs/>
          <w:sz w:val="28"/>
          <w:szCs w:val="28"/>
        </w:rPr>
        <w:t xml:space="preserve"> </w:t>
      </w:r>
      <w:proofErr w:type="spellStart"/>
      <w:r w:rsidRPr="00A74119">
        <w:rPr>
          <w:b/>
          <w:bCs/>
          <w:sz w:val="28"/>
          <w:szCs w:val="28"/>
        </w:rPr>
        <w:t>শাখা</w:t>
      </w:r>
      <w:proofErr w:type="spellEnd"/>
    </w:p>
    <w:p w14:paraId="522593A3" w14:textId="1CB2F30C" w:rsidR="001A2543" w:rsidRDefault="00000000" w:rsidP="00A74119">
      <w:pPr>
        <w:jc w:val="center"/>
      </w:pPr>
      <w:r w:rsidRPr="00A74119">
        <w:rPr>
          <w:b/>
          <w:bCs/>
          <w:sz w:val="28"/>
          <w:szCs w:val="28"/>
        </w:rPr>
        <w:t>(PPPP 15 Men's Wings)</w:t>
      </w:r>
    </w:p>
    <w:p w14:paraId="069DC2F6" w14:textId="6EA678E7" w:rsidR="001A2543" w:rsidRDefault="006B680A">
      <w:r w:rsidRPr="006B680A">
        <w:t>pppp.bangladesh@gmail.com (</w:t>
      </w:r>
      <w:proofErr w:type="spellStart"/>
      <w:r w:rsidRPr="006B680A">
        <w:rPr>
          <w:rFonts w:ascii="Nirmala UI" w:hAnsi="Nirmala UI" w:cs="Nirmala UI"/>
        </w:rPr>
        <w:t>প্রধান</w:t>
      </w:r>
      <w:proofErr w:type="spellEnd"/>
      <w:r w:rsidRPr="006B680A">
        <w:t xml:space="preserve"> / </w:t>
      </w:r>
      <w:proofErr w:type="spellStart"/>
      <w:r w:rsidRPr="006B680A">
        <w:rPr>
          <w:rFonts w:ascii="Nirmala UI" w:hAnsi="Nirmala UI" w:cs="Nirmala UI"/>
        </w:rPr>
        <w:t>অফিসিয়াল</w:t>
      </w:r>
      <w:proofErr w:type="spellEnd"/>
      <w:r w:rsidRPr="006B680A">
        <w:t xml:space="preserve"> </w:t>
      </w:r>
      <w:proofErr w:type="spellStart"/>
      <w:r w:rsidRPr="006B680A">
        <w:rPr>
          <w:rFonts w:ascii="Nirmala UI" w:hAnsi="Nirmala UI" w:cs="Nirmala UI"/>
        </w:rPr>
        <w:t>ইমেইল</w:t>
      </w:r>
      <w:proofErr w:type="spellEnd"/>
      <w:r w:rsidRPr="006B680A">
        <w:t>)</w:t>
      </w:r>
    </w:p>
    <w:p w14:paraId="6D4D1CAC" w14:textId="77777777" w:rsidR="001A2543" w:rsidRDefault="00000000">
      <w:r>
        <w:lastRenderedPageBreak/>
        <w:t>pppp.students@gmail.com (ছাত্র পিপিপিপি)</w:t>
      </w:r>
    </w:p>
    <w:p w14:paraId="4251F35C" w14:textId="7006A07B" w:rsidR="001A2543" w:rsidRDefault="006B680A">
      <w:r w:rsidRPr="006B680A">
        <w:t>pppp.youthwing@gmail.com</w:t>
      </w:r>
      <w:r>
        <w:t xml:space="preserve"> (</w:t>
      </w:r>
      <w:proofErr w:type="spellStart"/>
      <w:r>
        <w:t>যুব</w:t>
      </w:r>
      <w:proofErr w:type="spellEnd"/>
      <w:r>
        <w:t xml:space="preserve"> </w:t>
      </w:r>
      <w:proofErr w:type="spellStart"/>
      <w:r>
        <w:t>পিপিপিপি</w:t>
      </w:r>
      <w:proofErr w:type="spellEnd"/>
      <w:r>
        <w:t>)</w:t>
      </w:r>
    </w:p>
    <w:p w14:paraId="5CF1FA72" w14:textId="77777777" w:rsidR="001A2543" w:rsidRDefault="00000000">
      <w:r>
        <w:t>pppp.farmers@gmail.com (কৃষক পিপিপিপি)</w:t>
      </w:r>
    </w:p>
    <w:p w14:paraId="4A21C214" w14:textId="77777777" w:rsidR="001A2543" w:rsidRDefault="00000000">
      <w:r>
        <w:t>pppp.workers@gmail.com (শ্রমিক পিপিপিপি)</w:t>
      </w:r>
    </w:p>
    <w:p w14:paraId="0C1F4ADE" w14:textId="77777777" w:rsidR="001A2543" w:rsidRDefault="00000000">
      <w:r>
        <w:t>pppp.volunteers@gmail.com (স্বেচ্ছাসেবক পিপিপিপি)</w:t>
      </w:r>
    </w:p>
    <w:p w14:paraId="2787D2B5" w14:textId="77777777" w:rsidR="001A2543" w:rsidRDefault="00000000">
      <w:r>
        <w:t>pppp.soldiers@gmail.com (সৈনিক পিপিপিপি)</w:t>
      </w:r>
    </w:p>
    <w:p w14:paraId="20AB3C1A" w14:textId="77777777" w:rsidR="001A2543" w:rsidRDefault="00000000">
      <w:r>
        <w:t>pppp.teachers@gmail.com (শিক্ষক পিপিপিপি)</w:t>
      </w:r>
    </w:p>
    <w:p w14:paraId="642D7CD2" w14:textId="77777777" w:rsidR="001A2543" w:rsidRDefault="00000000">
      <w:r>
        <w:t>pppp.artists@gmail.com (শিল্পী পিপিপিপি)</w:t>
      </w:r>
    </w:p>
    <w:p w14:paraId="401A7A27" w14:textId="77777777" w:rsidR="001A2543" w:rsidRDefault="00000000">
      <w:r>
        <w:t>pppp.seniors@gmail.com (প্রবীণ পিপিপিপি)</w:t>
      </w:r>
    </w:p>
    <w:p w14:paraId="52CCF94B" w14:textId="77777777" w:rsidR="001A2543" w:rsidRDefault="00000000">
      <w:r>
        <w:t>pppp.expats@gmail.com (প্রবাসী পিপিপিপি)</w:t>
      </w:r>
    </w:p>
    <w:p w14:paraId="1C8484E5" w14:textId="77777777" w:rsidR="001A2543" w:rsidRDefault="00000000">
      <w:r>
        <w:t>pppp.doctors@gmail.com (চিকিৎসক পিপিপিপি)</w:t>
      </w:r>
    </w:p>
    <w:p w14:paraId="22EB0615" w14:textId="2D74015D" w:rsidR="001A2543" w:rsidRDefault="006B680A">
      <w:r w:rsidRPr="006B680A">
        <w:t>pppp.engineerswing@gmail.com</w:t>
      </w:r>
      <w:r>
        <w:t xml:space="preserve"> (</w:t>
      </w:r>
      <w:proofErr w:type="spellStart"/>
      <w:r>
        <w:t>প্রকৌশলী</w:t>
      </w:r>
      <w:proofErr w:type="spellEnd"/>
      <w:r>
        <w:t xml:space="preserve"> </w:t>
      </w:r>
      <w:proofErr w:type="spellStart"/>
      <w:r>
        <w:t>পিপিপিপি</w:t>
      </w:r>
      <w:proofErr w:type="spellEnd"/>
      <w:r>
        <w:t>)</w:t>
      </w:r>
    </w:p>
    <w:p w14:paraId="2D5512A5" w14:textId="556399C2" w:rsidR="001A2543" w:rsidRDefault="006B680A">
      <w:r w:rsidRPr="006B680A">
        <w:t>pppp.lawyerswing@gmail.com</w:t>
      </w:r>
      <w:r>
        <w:t xml:space="preserve"> (</w:t>
      </w:r>
      <w:proofErr w:type="spellStart"/>
      <w:r>
        <w:t>আইনজীবী</w:t>
      </w:r>
      <w:proofErr w:type="spellEnd"/>
      <w:r>
        <w:t xml:space="preserve"> </w:t>
      </w:r>
      <w:proofErr w:type="spellStart"/>
      <w:r>
        <w:t>পিপিপিপি</w:t>
      </w:r>
      <w:proofErr w:type="spellEnd"/>
      <w:r>
        <w:t>)</w:t>
      </w:r>
    </w:p>
    <w:p w14:paraId="33B91491" w14:textId="77777777" w:rsidR="001A2543" w:rsidRDefault="00000000">
      <w:r>
        <w:t>pppp.athletes@gmail.com (খেলোয়াড় পিপিপিপি)</w:t>
      </w:r>
    </w:p>
    <w:p w14:paraId="6C422556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১৫ </w:t>
      </w:r>
      <w:proofErr w:type="spellStart"/>
      <w:r>
        <w:rPr>
          <w:b/>
          <w:sz w:val="28"/>
        </w:rPr>
        <w:t>নারী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শাখা</w:t>
      </w:r>
      <w:proofErr w:type="spellEnd"/>
    </w:p>
    <w:p w14:paraId="5E56C33C" w14:textId="04F5FEF1" w:rsidR="001A2543" w:rsidRDefault="00000000">
      <w:pPr>
        <w:jc w:val="center"/>
      </w:pPr>
      <w:r>
        <w:rPr>
          <w:b/>
          <w:sz w:val="28"/>
        </w:rPr>
        <w:t>(PPPP 15 Women’s Wings)</w:t>
      </w:r>
    </w:p>
    <w:p w14:paraId="418CB65B" w14:textId="69619421" w:rsidR="001A2543" w:rsidRDefault="006B680A">
      <w:r w:rsidRPr="006B680A">
        <w:t>pppp.womenswing@gmail.com</w:t>
      </w:r>
      <w:r>
        <w:t xml:space="preserve"> (</w:t>
      </w:r>
      <w:proofErr w:type="spellStart"/>
      <w:r>
        <w:t>মহিলা</w:t>
      </w:r>
      <w:proofErr w:type="spellEnd"/>
      <w:r>
        <w:t xml:space="preserve"> </w:t>
      </w:r>
      <w:proofErr w:type="spellStart"/>
      <w:r>
        <w:t>পিপিপিপি</w:t>
      </w:r>
      <w:proofErr w:type="spellEnd"/>
      <w:r>
        <w:t>)</w:t>
      </w:r>
    </w:p>
    <w:p w14:paraId="4E3C8791" w14:textId="77777777" w:rsidR="001A2543" w:rsidRDefault="00000000">
      <w:r>
        <w:t>pppp.womenstudents@gmail.com (ছাত্রী পিপিপিপি)</w:t>
      </w:r>
    </w:p>
    <w:p w14:paraId="03299C99" w14:textId="77777777" w:rsidR="001A2543" w:rsidRDefault="00000000">
      <w:r>
        <w:t>pppp.youngwomen@gmail.com (যুব মহিলা পিপিপিপি)</w:t>
      </w:r>
    </w:p>
    <w:p w14:paraId="6E6941AB" w14:textId="77777777" w:rsidR="001A2543" w:rsidRDefault="00000000">
      <w:r>
        <w:t>pppp.womenfarmers@gmail.com (কৃষাণী পিপিপিপি)</w:t>
      </w:r>
    </w:p>
    <w:p w14:paraId="57091DC8" w14:textId="77777777" w:rsidR="001A2543" w:rsidRDefault="00000000">
      <w:r>
        <w:t>pppp.womenworkers@gmail.com (মহিলা শ্রমিক পিপিপিপি)</w:t>
      </w:r>
    </w:p>
    <w:p w14:paraId="13C8585A" w14:textId="77777777" w:rsidR="001A2543" w:rsidRDefault="00000000">
      <w:r>
        <w:t>pppp.womenvolunteers@gmail.com (স্বেচ্ছাসেবিকা পিপিপিপি)</w:t>
      </w:r>
    </w:p>
    <w:p w14:paraId="07F22E3E" w14:textId="77777777" w:rsidR="001A2543" w:rsidRDefault="00000000">
      <w:r>
        <w:t>pppp.womensoldiers@gmail.com (মহিলা সৈনিক পিপিপিপি)</w:t>
      </w:r>
    </w:p>
    <w:p w14:paraId="70E4C72E" w14:textId="77777777" w:rsidR="001A2543" w:rsidRDefault="00000000">
      <w:r>
        <w:t>pppp.womenteachers@gmail.com (শিক্ষিকা পিপিপিপি)</w:t>
      </w:r>
    </w:p>
    <w:p w14:paraId="13BA1491" w14:textId="77777777" w:rsidR="001A2543" w:rsidRDefault="00000000">
      <w:r>
        <w:lastRenderedPageBreak/>
        <w:t>pppp.womenartists@gmail.com (মহিলা শিল্পী পিপিপিপি)</w:t>
      </w:r>
    </w:p>
    <w:p w14:paraId="64B3C508" w14:textId="77777777" w:rsidR="001A2543" w:rsidRDefault="00000000">
      <w:r>
        <w:t>pppp.womenseniors@gmail.com (প্রবীণা পিপিপিপি)</w:t>
      </w:r>
    </w:p>
    <w:p w14:paraId="5F9AB340" w14:textId="77777777" w:rsidR="001A2543" w:rsidRDefault="00000000">
      <w:r>
        <w:t>pppp.womenexpats@gmail.com (প্রবাসিনী পিপিপিপি)</w:t>
      </w:r>
    </w:p>
    <w:p w14:paraId="4CDB74F1" w14:textId="77777777" w:rsidR="001A2543" w:rsidRDefault="00000000">
      <w:r>
        <w:t>pppp.womendoctors@gmail.com (মহিলা চিকিৎসক পিপিপিপি)</w:t>
      </w:r>
    </w:p>
    <w:p w14:paraId="1A222176" w14:textId="77777777" w:rsidR="001A2543" w:rsidRDefault="00000000">
      <w:r>
        <w:t>pppp.womenengineers@gmail.com (মহিলা প্রকৌশলী পিপিপিপি)</w:t>
      </w:r>
    </w:p>
    <w:p w14:paraId="2A6A7287" w14:textId="77777777" w:rsidR="001A2543" w:rsidRDefault="00000000">
      <w:r>
        <w:t>pppp.womenlawyers@gmail.com (মহিলা আইনজীবী পিপিপিপি)</w:t>
      </w:r>
    </w:p>
    <w:p w14:paraId="50B86388" w14:textId="77777777" w:rsidR="001A2543" w:rsidRDefault="00000000">
      <w:r>
        <w:t>pppp.womenathletes@gmail.com (মহিলা খেলোয়াড় পিপিপিপি)</w:t>
      </w:r>
    </w:p>
    <w:p w14:paraId="291661B4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সামাজিক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শান্তি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শাখা</w:t>
      </w:r>
      <w:proofErr w:type="spellEnd"/>
    </w:p>
    <w:p w14:paraId="4CCF44FA" w14:textId="5352C32C" w:rsidR="001A2543" w:rsidRDefault="00000000">
      <w:pPr>
        <w:jc w:val="center"/>
      </w:pPr>
      <w:r>
        <w:rPr>
          <w:b/>
          <w:sz w:val="28"/>
        </w:rPr>
        <w:t>(PPPP Social Peace Wing)</w:t>
      </w:r>
    </w:p>
    <w:p w14:paraId="46960C3A" w14:textId="77777777" w:rsidR="001A2543" w:rsidRDefault="00000000">
      <w:pPr>
        <w:jc w:val="center"/>
      </w:pPr>
      <w:r>
        <w:rPr>
          <w:b/>
          <w:sz w:val="28"/>
        </w:rPr>
        <w:t>Bangladesh Peace Organization (BPO)</w:t>
      </w:r>
    </w:p>
    <w:p w14:paraId="055FEC02" w14:textId="023BCF27" w:rsidR="001A2543" w:rsidRDefault="00000000">
      <w:r>
        <w:t xml:space="preserve">bpo.bangladesh@gmail.com </w:t>
      </w:r>
      <w:r w:rsidR="003913CA" w:rsidRPr="003913CA">
        <w:t>(</w:t>
      </w:r>
      <w:proofErr w:type="spellStart"/>
      <w:r w:rsidR="003913CA" w:rsidRPr="003913CA">
        <w:rPr>
          <w:rFonts w:ascii="Nirmala UI" w:hAnsi="Nirmala UI" w:cs="Nirmala UI"/>
        </w:rPr>
        <w:t>প্রধান</w:t>
      </w:r>
      <w:proofErr w:type="spellEnd"/>
      <w:r w:rsidR="003913CA" w:rsidRPr="003913CA">
        <w:t xml:space="preserve"> / </w:t>
      </w:r>
      <w:proofErr w:type="spellStart"/>
      <w:r w:rsidR="003913CA" w:rsidRPr="003913CA">
        <w:rPr>
          <w:rFonts w:ascii="Nirmala UI" w:hAnsi="Nirmala UI" w:cs="Nirmala UI"/>
        </w:rPr>
        <w:t>অফিসিয়াল</w:t>
      </w:r>
      <w:proofErr w:type="spellEnd"/>
      <w:r w:rsidR="003913CA" w:rsidRPr="003913CA">
        <w:t xml:space="preserve"> </w:t>
      </w:r>
      <w:proofErr w:type="spellStart"/>
      <w:r w:rsidR="003913CA" w:rsidRPr="003913CA">
        <w:rPr>
          <w:rFonts w:ascii="Nirmala UI" w:hAnsi="Nirmala UI" w:cs="Nirmala UI"/>
        </w:rPr>
        <w:t>ইমেইল</w:t>
      </w:r>
      <w:proofErr w:type="spellEnd"/>
      <w:r w:rsidR="003913CA" w:rsidRPr="003913CA">
        <w:t>)</w:t>
      </w:r>
    </w:p>
    <w:p w14:paraId="4BEDC186" w14:textId="77777777" w:rsidR="001A2543" w:rsidRDefault="00000000">
      <w:r>
        <w:t>bpo.info@gmail.com (তথ্য ও সাধারণ যোগাযোগ)</w:t>
      </w:r>
    </w:p>
    <w:p w14:paraId="7B25FF61" w14:textId="77777777" w:rsidR="001A2543" w:rsidRDefault="00000000">
      <w:r>
        <w:t>bpo.peace@gmail.com (শান্তি কার্যক্রম)</w:t>
      </w:r>
    </w:p>
    <w:p w14:paraId="7BC313F0" w14:textId="77777777" w:rsidR="001A2543" w:rsidRDefault="00000000">
      <w:r>
        <w:t>bpo.support@gmail.com (সহায়তা ও সমন্বয়)</w:t>
      </w:r>
    </w:p>
    <w:p w14:paraId="05E0C704" w14:textId="77777777" w:rsidR="001A2543" w:rsidRDefault="00000000">
      <w:r>
        <w:t>bpo.media@gmail.com (মিডিয়া ও প্রেস)</w:t>
      </w:r>
    </w:p>
    <w:p w14:paraId="27CFD5D9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ইসলামী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আন্দোলন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শাখা</w:t>
      </w:r>
      <w:proofErr w:type="spellEnd"/>
    </w:p>
    <w:p w14:paraId="1B3F9C6D" w14:textId="229E23CB" w:rsidR="001A2543" w:rsidRDefault="00000000">
      <w:pPr>
        <w:jc w:val="center"/>
      </w:pPr>
      <w:r>
        <w:rPr>
          <w:b/>
          <w:sz w:val="28"/>
        </w:rPr>
        <w:t>(PPPP Islamic Movement Wing)</w:t>
      </w:r>
    </w:p>
    <w:p w14:paraId="7260CF5F" w14:textId="77777777" w:rsidR="001A2543" w:rsidRDefault="00000000">
      <w:pPr>
        <w:jc w:val="center"/>
      </w:pPr>
      <w:r>
        <w:rPr>
          <w:b/>
          <w:sz w:val="28"/>
        </w:rPr>
        <w:t>Bangladesh Hilful Fuzul (BHF)</w:t>
      </w:r>
    </w:p>
    <w:p w14:paraId="07005E2F" w14:textId="71D0DAC6" w:rsidR="001A2543" w:rsidRDefault="00000000">
      <w:r>
        <w:t xml:space="preserve">bhf.bangladesh@gmail.com </w:t>
      </w:r>
      <w:r w:rsidR="003913CA" w:rsidRPr="003913CA">
        <w:t>(</w:t>
      </w:r>
      <w:proofErr w:type="spellStart"/>
      <w:r w:rsidR="003913CA" w:rsidRPr="003913CA">
        <w:rPr>
          <w:rFonts w:ascii="Nirmala UI" w:hAnsi="Nirmala UI" w:cs="Nirmala UI"/>
        </w:rPr>
        <w:t>প্রধান</w:t>
      </w:r>
      <w:proofErr w:type="spellEnd"/>
      <w:r w:rsidR="003913CA" w:rsidRPr="003913CA">
        <w:t xml:space="preserve"> / </w:t>
      </w:r>
      <w:proofErr w:type="spellStart"/>
      <w:r w:rsidR="003913CA" w:rsidRPr="003913CA">
        <w:rPr>
          <w:rFonts w:ascii="Nirmala UI" w:hAnsi="Nirmala UI" w:cs="Nirmala UI"/>
        </w:rPr>
        <w:t>অফিসিয়াল</w:t>
      </w:r>
      <w:proofErr w:type="spellEnd"/>
      <w:r w:rsidR="003913CA" w:rsidRPr="003913CA">
        <w:t xml:space="preserve"> </w:t>
      </w:r>
      <w:proofErr w:type="spellStart"/>
      <w:r w:rsidR="003913CA" w:rsidRPr="003913CA">
        <w:rPr>
          <w:rFonts w:ascii="Nirmala UI" w:hAnsi="Nirmala UI" w:cs="Nirmala UI"/>
        </w:rPr>
        <w:t>ইমেইল</w:t>
      </w:r>
      <w:proofErr w:type="spellEnd"/>
      <w:r w:rsidR="003913CA" w:rsidRPr="003913CA">
        <w:t>)</w:t>
      </w:r>
    </w:p>
    <w:p w14:paraId="3429EF7E" w14:textId="77777777" w:rsidR="001A2543" w:rsidRDefault="00000000">
      <w:r>
        <w:t>bhf.info@gmail.com (সাধারণ তথ্য)</w:t>
      </w:r>
    </w:p>
    <w:p w14:paraId="47D57403" w14:textId="77777777" w:rsidR="001A2543" w:rsidRDefault="00000000">
      <w:r>
        <w:t>bhf.dawah@gmail.com (দাওয়াহ ও ইসলামী কার্যক্রম)</w:t>
      </w:r>
    </w:p>
    <w:p w14:paraId="62D07C9E" w14:textId="77777777" w:rsidR="001A2543" w:rsidRDefault="00000000">
      <w:r>
        <w:t>bhf.support@gmail.com (সদস্য ও সাধারণ সহায়তা)</w:t>
      </w:r>
    </w:p>
    <w:p w14:paraId="734997F5" w14:textId="77777777" w:rsidR="001A2543" w:rsidRDefault="00000000">
      <w:r>
        <w:t>bhf.media@gmail.com (মিডিয়া ও প্রেস)</w:t>
      </w:r>
    </w:p>
    <w:p w14:paraId="5A2CDD56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দেশীয়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পুরস্কার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সংস্থা</w:t>
      </w:r>
      <w:proofErr w:type="spellEnd"/>
    </w:p>
    <w:p w14:paraId="695774AF" w14:textId="387ACD90" w:rsidR="001A2543" w:rsidRDefault="00000000">
      <w:pPr>
        <w:jc w:val="center"/>
      </w:pPr>
      <w:r>
        <w:rPr>
          <w:b/>
          <w:sz w:val="28"/>
        </w:rPr>
        <w:t>(PPPP National Award Organization)</w:t>
      </w:r>
    </w:p>
    <w:p w14:paraId="5B243FF4" w14:textId="77777777" w:rsidR="001A2543" w:rsidRDefault="00000000">
      <w:pPr>
        <w:jc w:val="center"/>
      </w:pPr>
      <w:r>
        <w:rPr>
          <w:b/>
          <w:sz w:val="28"/>
        </w:rPr>
        <w:t>Naz-Niaz Award Organization (NAO)</w:t>
      </w:r>
    </w:p>
    <w:p w14:paraId="18B66070" w14:textId="00AA55A9" w:rsidR="001A2543" w:rsidRDefault="00000000">
      <w:r>
        <w:t xml:space="preserve">nao.bangladesh@gmail.com </w:t>
      </w:r>
      <w:r w:rsidR="003913CA" w:rsidRPr="003913CA">
        <w:t>(</w:t>
      </w:r>
      <w:proofErr w:type="spellStart"/>
      <w:r w:rsidR="003913CA" w:rsidRPr="003913CA">
        <w:rPr>
          <w:rFonts w:ascii="Nirmala UI" w:hAnsi="Nirmala UI" w:cs="Nirmala UI"/>
        </w:rPr>
        <w:t>প্রধান</w:t>
      </w:r>
      <w:proofErr w:type="spellEnd"/>
      <w:r w:rsidR="003913CA" w:rsidRPr="003913CA">
        <w:t xml:space="preserve"> / </w:t>
      </w:r>
      <w:proofErr w:type="spellStart"/>
      <w:r w:rsidR="003913CA" w:rsidRPr="003913CA">
        <w:rPr>
          <w:rFonts w:ascii="Nirmala UI" w:hAnsi="Nirmala UI" w:cs="Nirmala UI"/>
        </w:rPr>
        <w:t>অফিসিয়াল</w:t>
      </w:r>
      <w:proofErr w:type="spellEnd"/>
      <w:r w:rsidR="003913CA" w:rsidRPr="003913CA">
        <w:t xml:space="preserve"> </w:t>
      </w:r>
      <w:proofErr w:type="spellStart"/>
      <w:r w:rsidR="003913CA" w:rsidRPr="003913CA">
        <w:rPr>
          <w:rFonts w:ascii="Nirmala UI" w:hAnsi="Nirmala UI" w:cs="Nirmala UI"/>
        </w:rPr>
        <w:t>ইমেইল</w:t>
      </w:r>
      <w:proofErr w:type="spellEnd"/>
      <w:r w:rsidR="003913CA" w:rsidRPr="003913CA">
        <w:t>)</w:t>
      </w:r>
    </w:p>
    <w:p w14:paraId="279E78A3" w14:textId="77777777" w:rsidR="001A2543" w:rsidRDefault="00000000">
      <w:r>
        <w:t>nao.info@gmail.com (তথ্য ও সাধারণ যোগাযোগ)</w:t>
      </w:r>
    </w:p>
    <w:p w14:paraId="0586D7CA" w14:textId="77777777" w:rsidR="001A2543" w:rsidRDefault="00000000">
      <w:r>
        <w:t>nao.awards@gmail.com (পুরস্কার সংক্রান্ত কার্যক্রম)</w:t>
      </w:r>
    </w:p>
    <w:p w14:paraId="21111A4E" w14:textId="77777777" w:rsidR="001A2543" w:rsidRDefault="00000000">
      <w:r>
        <w:t>nao.nomination@gmail.com (মনোনয়ন গ্রহণ)</w:t>
      </w:r>
    </w:p>
    <w:p w14:paraId="282AE579" w14:textId="77777777" w:rsidR="001A2543" w:rsidRDefault="00000000">
      <w:r>
        <w:t>nao.selection@gmail.com (বাছাই কমিটি)</w:t>
      </w:r>
    </w:p>
    <w:p w14:paraId="10B22335" w14:textId="77777777" w:rsidR="001A2543" w:rsidRDefault="00000000">
      <w:r>
        <w:t>nao.jury@gmail.com (জুরি বোর্ড)</w:t>
      </w:r>
    </w:p>
    <w:p w14:paraId="1CFD7056" w14:textId="77777777" w:rsidR="001A2543" w:rsidRDefault="00000000">
      <w:r>
        <w:t>nao.ceremony@gmail.com (পুরস্কার অনুষ্ঠান)</w:t>
      </w:r>
    </w:p>
    <w:p w14:paraId="41CB630B" w14:textId="77777777" w:rsidR="001A2543" w:rsidRDefault="00000000">
      <w:r>
        <w:t>nao.media@gmail.com (মিডিয়া ও প্রেস)</w:t>
      </w:r>
    </w:p>
    <w:p w14:paraId="32A361A2" w14:textId="77777777" w:rsidR="001A2543" w:rsidRDefault="00000000">
      <w:r>
        <w:t>nao.support@gmail.com (সহায়তা ও যোগাযোগ)</w:t>
      </w:r>
    </w:p>
    <w:p w14:paraId="40E54603" w14:textId="77777777" w:rsidR="001A2543" w:rsidRDefault="00000000">
      <w:r>
        <w:t>nao.office@gmail.com (প্রশাসনিক কার্যক্রম)</w:t>
      </w:r>
    </w:p>
    <w:p w14:paraId="56BC2CCC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গ্লোবাল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পুরস্কার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সংস্থা</w:t>
      </w:r>
      <w:proofErr w:type="spellEnd"/>
    </w:p>
    <w:p w14:paraId="36BBC9D7" w14:textId="14CEA5D2" w:rsidR="001A2543" w:rsidRDefault="00000000">
      <w:pPr>
        <w:jc w:val="center"/>
      </w:pPr>
      <w:r>
        <w:rPr>
          <w:b/>
          <w:sz w:val="28"/>
        </w:rPr>
        <w:t>(PPPP Global Award Organization)</w:t>
      </w:r>
    </w:p>
    <w:p w14:paraId="5D3B1465" w14:textId="77777777" w:rsidR="001A2543" w:rsidRDefault="00000000">
      <w:pPr>
        <w:jc w:val="center"/>
      </w:pPr>
      <w:r>
        <w:rPr>
          <w:b/>
          <w:sz w:val="28"/>
        </w:rPr>
        <w:t>Jewel-Juthi Award Organization (JAO)</w:t>
      </w:r>
    </w:p>
    <w:p w14:paraId="3E8A57FC" w14:textId="71A528C0" w:rsidR="001A2543" w:rsidRDefault="00000000">
      <w:r>
        <w:t xml:space="preserve">jao.global@gmail.com </w:t>
      </w:r>
      <w:r w:rsidR="003913CA" w:rsidRPr="003913CA">
        <w:t>(</w:t>
      </w:r>
      <w:proofErr w:type="spellStart"/>
      <w:r w:rsidR="003913CA" w:rsidRPr="003913CA">
        <w:rPr>
          <w:rFonts w:ascii="Nirmala UI" w:hAnsi="Nirmala UI" w:cs="Nirmala UI"/>
        </w:rPr>
        <w:t>প্রধান</w:t>
      </w:r>
      <w:proofErr w:type="spellEnd"/>
      <w:r w:rsidR="003913CA" w:rsidRPr="003913CA">
        <w:t xml:space="preserve"> / </w:t>
      </w:r>
      <w:proofErr w:type="spellStart"/>
      <w:r w:rsidR="003913CA" w:rsidRPr="003913CA">
        <w:rPr>
          <w:rFonts w:ascii="Nirmala UI" w:hAnsi="Nirmala UI" w:cs="Nirmala UI"/>
        </w:rPr>
        <w:t>অফিসিয়াল</w:t>
      </w:r>
      <w:proofErr w:type="spellEnd"/>
      <w:r w:rsidR="003913CA" w:rsidRPr="003913CA">
        <w:t xml:space="preserve"> </w:t>
      </w:r>
      <w:proofErr w:type="spellStart"/>
      <w:r w:rsidR="003913CA" w:rsidRPr="003913CA">
        <w:rPr>
          <w:rFonts w:ascii="Nirmala UI" w:hAnsi="Nirmala UI" w:cs="Nirmala UI"/>
        </w:rPr>
        <w:t>ইমেইল</w:t>
      </w:r>
      <w:proofErr w:type="spellEnd"/>
      <w:r w:rsidR="003913CA" w:rsidRPr="003913CA">
        <w:t>)</w:t>
      </w:r>
    </w:p>
    <w:p w14:paraId="5C5E2A99" w14:textId="77777777" w:rsidR="001A2543" w:rsidRDefault="00000000">
      <w:r>
        <w:t>jao.info@gmail.com (তথ্য ও যোগাযোগ)</w:t>
      </w:r>
    </w:p>
    <w:p w14:paraId="2395176F" w14:textId="77777777" w:rsidR="001A2543" w:rsidRDefault="00000000">
      <w:r>
        <w:t>jao.awards@gmail.com (গ্লোবাল পুরস্কার কার্যক্রম)</w:t>
      </w:r>
    </w:p>
    <w:p w14:paraId="29B0CDB9" w14:textId="77777777" w:rsidR="001A2543" w:rsidRDefault="00000000">
      <w:r>
        <w:t>jao.nomination@gmail.com (মনোনয়ন গ্রহণ)</w:t>
      </w:r>
    </w:p>
    <w:p w14:paraId="7ED10839" w14:textId="77777777" w:rsidR="001A2543" w:rsidRDefault="00000000">
      <w:r>
        <w:t>jao.selection@gmail.com (বাছাই কমিটি)</w:t>
      </w:r>
    </w:p>
    <w:p w14:paraId="343560A1" w14:textId="77777777" w:rsidR="001A2543" w:rsidRDefault="00000000">
      <w:r>
        <w:t>jao.jury@gmail.com (জুরি বোর্ড)</w:t>
      </w:r>
    </w:p>
    <w:p w14:paraId="7EC8C5F1" w14:textId="77777777" w:rsidR="001A2543" w:rsidRDefault="00000000">
      <w:r>
        <w:t>jao.ceremony@gmail.com (পুরস্কার অনুষ্ঠান)</w:t>
      </w:r>
    </w:p>
    <w:p w14:paraId="775EBD5C" w14:textId="77777777" w:rsidR="001A2543" w:rsidRDefault="00000000">
      <w:r>
        <w:lastRenderedPageBreak/>
        <w:t>jao.media@gmail.com (মিডিয়া ও প্রেস)</w:t>
      </w:r>
    </w:p>
    <w:p w14:paraId="08937AB8" w14:textId="77777777" w:rsidR="001A2543" w:rsidRDefault="00000000">
      <w:r>
        <w:t>jao.support@gmail.com (সহায়তা)</w:t>
      </w:r>
    </w:p>
    <w:p w14:paraId="1CD7A7E8" w14:textId="77777777" w:rsidR="001A2543" w:rsidRDefault="00000000">
      <w:r>
        <w:t>jao.office@gmail.com (প্রশাসনিক কার্যক্রম)</w:t>
      </w:r>
    </w:p>
    <w:p w14:paraId="25A9F6D2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দেশীয়</w:t>
      </w:r>
      <w:proofErr w:type="spellEnd"/>
      <w:r>
        <w:rPr>
          <w:b/>
          <w:sz w:val="28"/>
        </w:rPr>
        <w:t xml:space="preserve"> ১৫ </w:t>
      </w:r>
      <w:proofErr w:type="spellStart"/>
      <w:r>
        <w:rPr>
          <w:b/>
          <w:sz w:val="28"/>
        </w:rPr>
        <w:t>পুরস্কার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শাখা</w:t>
      </w:r>
      <w:proofErr w:type="spellEnd"/>
    </w:p>
    <w:p w14:paraId="18513890" w14:textId="49DC5B5E" w:rsidR="001A2543" w:rsidRDefault="00000000">
      <w:pPr>
        <w:jc w:val="center"/>
      </w:pPr>
      <w:r>
        <w:rPr>
          <w:b/>
          <w:sz w:val="28"/>
        </w:rPr>
        <w:t>(PPPP 15 National Award Wings)</w:t>
      </w:r>
    </w:p>
    <w:p w14:paraId="7EF3B883" w14:textId="77777777" w:rsidR="001A2543" w:rsidRDefault="00000000">
      <w:pPr>
        <w:jc w:val="center"/>
      </w:pPr>
      <w:r>
        <w:rPr>
          <w:b/>
          <w:sz w:val="28"/>
        </w:rPr>
        <w:t>Naz-Niaz Award Organization (NAO)</w:t>
      </w:r>
    </w:p>
    <w:p w14:paraId="66FA6F60" w14:textId="77777777" w:rsidR="001A2543" w:rsidRDefault="00000000">
      <w:r>
        <w:t>nao.peace@gmail.com (শান্তি পুরস্কার)</w:t>
      </w:r>
    </w:p>
    <w:p w14:paraId="308FA465" w14:textId="77777777" w:rsidR="001A2543" w:rsidRDefault="00000000">
      <w:r>
        <w:t>nao.literature@gmail.com (সাহিত্য পুরস্কার)</w:t>
      </w:r>
    </w:p>
    <w:p w14:paraId="11A28D76" w14:textId="77777777" w:rsidR="001A2543" w:rsidRDefault="00000000">
      <w:r>
        <w:t>nao.research@gmail.com (গবেষণা পুরস্কার)</w:t>
      </w:r>
    </w:p>
    <w:p w14:paraId="2419A862" w14:textId="77777777" w:rsidR="001A2543" w:rsidRDefault="00000000">
      <w:r>
        <w:t>nao.innovation@gmail.com (উদ্ভাবন পুরস্কার)</w:t>
      </w:r>
    </w:p>
    <w:p w14:paraId="075D7A24" w14:textId="77777777" w:rsidR="001A2543" w:rsidRDefault="00000000">
      <w:r>
        <w:t>nao.humanity@gmail.com (মানবতা পুরস্কার)</w:t>
      </w:r>
    </w:p>
    <w:p w14:paraId="282375F2" w14:textId="77777777" w:rsidR="001A2543" w:rsidRDefault="00000000">
      <w:r>
        <w:t>nao.service@gmail.com (মানবসেবা পুরস্কার)</w:t>
      </w:r>
    </w:p>
    <w:p w14:paraId="73708799" w14:textId="77777777" w:rsidR="001A2543" w:rsidRDefault="00000000">
      <w:r>
        <w:t>nao.plants@gmail.com (উদ্ভিদসেবা পুরস্কার)</w:t>
      </w:r>
    </w:p>
    <w:p w14:paraId="3F0EEBBF" w14:textId="77777777" w:rsidR="001A2543" w:rsidRDefault="00000000">
      <w:r>
        <w:t>nao.birds@gmail.com (পাখিসেবা পুরস্কার)</w:t>
      </w:r>
    </w:p>
    <w:p w14:paraId="3A76DF45" w14:textId="77777777" w:rsidR="001A2543" w:rsidRDefault="00000000">
      <w:r>
        <w:t>nao.animals@gmail.com (প্রাণীসেবা পুরস্কার)</w:t>
      </w:r>
    </w:p>
    <w:p w14:paraId="7D602E95" w14:textId="77777777" w:rsidR="001A2543" w:rsidRDefault="00000000">
      <w:r>
        <w:t>nao.food@gmail.com (খাদ্যসেবা পুরস্কার)</w:t>
      </w:r>
    </w:p>
    <w:p w14:paraId="6DE80622" w14:textId="77777777" w:rsidR="001A2543" w:rsidRDefault="00000000">
      <w:r>
        <w:t>nao.clothing@gmail.com (বস্ত্রসেবা পুরস্কার)</w:t>
      </w:r>
    </w:p>
    <w:p w14:paraId="794037DD" w14:textId="77777777" w:rsidR="001A2543" w:rsidRDefault="00000000">
      <w:r>
        <w:t>nao.housing@gmail.com (বাসস্থান সেবা পুরস্কার)</w:t>
      </w:r>
    </w:p>
    <w:p w14:paraId="2FAC20AF" w14:textId="77777777" w:rsidR="001A2543" w:rsidRDefault="00000000">
      <w:r>
        <w:t>nao.education@gmail.com (শিক্ষাসেবা পুরস্কার)</w:t>
      </w:r>
    </w:p>
    <w:p w14:paraId="796E95BD" w14:textId="77777777" w:rsidR="001A2543" w:rsidRDefault="00000000">
      <w:r>
        <w:t>nao.health@gmail.com (চিকিৎসা সেবা পুরস্কার)</w:t>
      </w:r>
    </w:p>
    <w:p w14:paraId="22736E65" w14:textId="77777777" w:rsidR="001A2543" w:rsidRDefault="00000000">
      <w:r>
        <w:t>nao.islamic@gmail.com (ইসলাম সেবা পুরস্কার)</w:t>
      </w:r>
    </w:p>
    <w:p w14:paraId="00BDB872" w14:textId="77777777" w:rsidR="002D6197" w:rsidRDefault="00000000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পিপিপিপির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গ্লোবাল</w:t>
      </w:r>
      <w:proofErr w:type="spellEnd"/>
      <w:r>
        <w:rPr>
          <w:b/>
          <w:sz w:val="28"/>
        </w:rPr>
        <w:t xml:space="preserve"> ১৫ </w:t>
      </w:r>
      <w:proofErr w:type="spellStart"/>
      <w:r>
        <w:rPr>
          <w:b/>
          <w:sz w:val="28"/>
        </w:rPr>
        <w:t>পুরস্কার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শাখা</w:t>
      </w:r>
      <w:proofErr w:type="spellEnd"/>
    </w:p>
    <w:p w14:paraId="415EE08C" w14:textId="25567470" w:rsidR="001A2543" w:rsidRDefault="00000000">
      <w:pPr>
        <w:jc w:val="center"/>
      </w:pPr>
      <w:r>
        <w:rPr>
          <w:b/>
          <w:sz w:val="28"/>
        </w:rPr>
        <w:t>(PPPP 15 Global Award Wings)</w:t>
      </w:r>
    </w:p>
    <w:p w14:paraId="6FD93C1D" w14:textId="77777777" w:rsidR="001A2543" w:rsidRDefault="00000000">
      <w:pPr>
        <w:jc w:val="center"/>
      </w:pPr>
      <w:r>
        <w:rPr>
          <w:b/>
          <w:sz w:val="28"/>
        </w:rPr>
        <w:lastRenderedPageBreak/>
        <w:t>Jewel-Juthi Award Organization (JAO)</w:t>
      </w:r>
    </w:p>
    <w:p w14:paraId="7BE41BE5" w14:textId="77777777" w:rsidR="001A2543" w:rsidRDefault="00000000">
      <w:r>
        <w:t>jao.peace@gmail.com (শান্তি পুরস্কার)</w:t>
      </w:r>
    </w:p>
    <w:p w14:paraId="790F07AA" w14:textId="77777777" w:rsidR="001A2543" w:rsidRDefault="00000000">
      <w:r>
        <w:t>jao.literature@gmail.com (সাহিত্য পুরস্কার)</w:t>
      </w:r>
    </w:p>
    <w:p w14:paraId="50A5FF1D" w14:textId="77777777" w:rsidR="001A2543" w:rsidRDefault="00000000">
      <w:r>
        <w:t>jao.research@gmail.com (গবেষণা পুরস্কার)</w:t>
      </w:r>
    </w:p>
    <w:p w14:paraId="0B38ED34" w14:textId="77777777" w:rsidR="001A2543" w:rsidRDefault="00000000">
      <w:r>
        <w:t>jao.innovation@gmail.com (উদ্ভাবন পুরস্কার)</w:t>
      </w:r>
    </w:p>
    <w:p w14:paraId="21F0AC6C" w14:textId="77777777" w:rsidR="001A2543" w:rsidRDefault="00000000">
      <w:r>
        <w:t>jao.humanity@gmail.com (মানবতা পুরস্কার)</w:t>
      </w:r>
    </w:p>
    <w:p w14:paraId="29137E7B" w14:textId="77777777" w:rsidR="001A2543" w:rsidRDefault="00000000">
      <w:r>
        <w:t>jao.service@gmail.com (মানবসেবা পুরস্কার)</w:t>
      </w:r>
    </w:p>
    <w:p w14:paraId="6BE806F4" w14:textId="77777777" w:rsidR="001A2543" w:rsidRDefault="00000000">
      <w:r>
        <w:t>jao.plants@gmail.com (উদ্ভিদসেবা পুরস্কার)</w:t>
      </w:r>
    </w:p>
    <w:p w14:paraId="3F5FA96A" w14:textId="77777777" w:rsidR="001A2543" w:rsidRDefault="00000000">
      <w:r>
        <w:t>jao.birds@gmail.com (পাখিসেবা পুরস্কার)</w:t>
      </w:r>
    </w:p>
    <w:p w14:paraId="53F31B34" w14:textId="77777777" w:rsidR="001A2543" w:rsidRDefault="00000000">
      <w:r>
        <w:t>jao.animals@gmail.com (প্রাণীসেবা পুরস্কার)</w:t>
      </w:r>
    </w:p>
    <w:p w14:paraId="30676F9C" w14:textId="77777777" w:rsidR="001A2543" w:rsidRDefault="00000000">
      <w:r>
        <w:t>jao.food@gmail.com (খাদ্যসেবা পুরস্কার)</w:t>
      </w:r>
    </w:p>
    <w:p w14:paraId="0B3185B9" w14:textId="77777777" w:rsidR="001A2543" w:rsidRDefault="00000000">
      <w:r>
        <w:t>jao.clothing@gmail.com (বস্ত্রসেবা পুরস্কার)</w:t>
      </w:r>
    </w:p>
    <w:p w14:paraId="05E3B9B7" w14:textId="77777777" w:rsidR="001A2543" w:rsidRDefault="00000000">
      <w:r>
        <w:t>jao.housing@gmail.com (বাসস্থান সেবা পুরস্কার)</w:t>
      </w:r>
    </w:p>
    <w:p w14:paraId="0C585B1B" w14:textId="77777777" w:rsidR="001A2543" w:rsidRDefault="00000000">
      <w:r>
        <w:t>jao.education@gmail.com (শিক্ষাসেবা পুরস্কার)</w:t>
      </w:r>
    </w:p>
    <w:p w14:paraId="34ABC212" w14:textId="77777777" w:rsidR="001A2543" w:rsidRDefault="00000000">
      <w:r>
        <w:t>jao.health@gmail.com (চিকিৎসা সেবা পুরস্কার)</w:t>
      </w:r>
    </w:p>
    <w:p w14:paraId="3C410D46" w14:textId="77777777" w:rsidR="001A2543" w:rsidRDefault="00000000">
      <w:r>
        <w:t>jao.islamic@gmail.com (ইসলাম সেবা পুরস্কার)</w:t>
      </w:r>
    </w:p>
    <w:sectPr w:rsidR="001A25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9940330">
    <w:abstractNumId w:val="8"/>
  </w:num>
  <w:num w:numId="2" w16cid:durableId="80877302">
    <w:abstractNumId w:val="6"/>
  </w:num>
  <w:num w:numId="3" w16cid:durableId="1329094359">
    <w:abstractNumId w:val="5"/>
  </w:num>
  <w:num w:numId="4" w16cid:durableId="1032537950">
    <w:abstractNumId w:val="4"/>
  </w:num>
  <w:num w:numId="5" w16cid:durableId="2079787495">
    <w:abstractNumId w:val="7"/>
  </w:num>
  <w:num w:numId="6" w16cid:durableId="1171869943">
    <w:abstractNumId w:val="3"/>
  </w:num>
  <w:num w:numId="7" w16cid:durableId="123088088">
    <w:abstractNumId w:val="2"/>
  </w:num>
  <w:num w:numId="8" w16cid:durableId="459736614">
    <w:abstractNumId w:val="1"/>
  </w:num>
  <w:num w:numId="9" w16cid:durableId="42592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A1A"/>
    <w:rsid w:val="0014545C"/>
    <w:rsid w:val="0015074B"/>
    <w:rsid w:val="001A2543"/>
    <w:rsid w:val="0029639D"/>
    <w:rsid w:val="002D6197"/>
    <w:rsid w:val="00326F90"/>
    <w:rsid w:val="003913CA"/>
    <w:rsid w:val="005166AC"/>
    <w:rsid w:val="005915FC"/>
    <w:rsid w:val="00632E80"/>
    <w:rsid w:val="006647E2"/>
    <w:rsid w:val="006B680A"/>
    <w:rsid w:val="00744C99"/>
    <w:rsid w:val="00912582"/>
    <w:rsid w:val="00A74119"/>
    <w:rsid w:val="00AA1D8D"/>
    <w:rsid w:val="00B47730"/>
    <w:rsid w:val="00CB0664"/>
    <w:rsid w:val="00D254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68F0D6"/>
  <w14:defaultImageDpi w14:val="300"/>
  <w15:docId w15:val="{B291C5DC-E7CF-4D7C-B919-4DC979CF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S</cp:lastModifiedBy>
  <cp:revision>4</cp:revision>
  <dcterms:created xsi:type="dcterms:W3CDTF">2013-12-23T23:15:00Z</dcterms:created>
  <dcterms:modified xsi:type="dcterms:W3CDTF">2026-06-28T07:35:00Z</dcterms:modified>
  <cp:category/>
</cp:coreProperties>
</file>