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PPPP_Colors</w:t>
      </w:r>
    </w:p>
    <w:p>
      <w:r>
        <w:t>19, 38, 57, 76, 95 HEX Pattern Color System (125 Colors)</w:t>
      </w:r>
    </w:p>
    <w:p>
      <w:pPr>
        <w:pStyle w:val="Heading1"/>
      </w:pPr>
      <w:r>
        <w:t>Base / Dark Core System</w:t>
      </w:r>
    </w:p>
    <w:p>
      <w:r>
        <w:t>#191919 (গাঢ় চারকোল কালো)</w:t>
      </w:r>
    </w:p>
    <w:p>
      <w:r>
        <w:t>#191938 (নীলাভ কালো)</w:t>
      </w:r>
    </w:p>
    <w:p>
      <w:r>
        <w:t>#191957 (গভীর ইন্ডিগো)</w:t>
      </w:r>
    </w:p>
    <w:p>
      <w:r>
        <w:t>#191976 (গাঢ় রয়্যাল ব্লু)</w:t>
      </w:r>
    </w:p>
    <w:p>
      <w:r>
        <w:t>#191995 (ইলেকট্রিক ইন্ডিগো)</w:t>
      </w:r>
    </w:p>
    <w:p>
      <w:r>
        <w:t>#193819 (ডার্ক অলিভ সবুজ)</w:t>
      </w:r>
    </w:p>
    <w:p>
      <w:r>
        <w:t>#193838 (শ্যাডো টিল)</w:t>
      </w:r>
    </w:p>
    <w:p>
      <w:r>
        <w:t>#193857 (গভীর নেভি নীল)</w:t>
      </w:r>
    </w:p>
    <w:p>
      <w:r>
        <w:t>#193876 (স্টিল হরাইজন)</w:t>
      </w:r>
    </w:p>
    <w:p>
      <w:r>
        <w:t>#193895 (ফ্রস্টেড নেভি)</w:t>
      </w:r>
    </w:p>
    <w:p>
      <w:r>
        <w:t>#195719 (গভীর জঙ্গল সবুজ)</w:t>
      </w:r>
    </w:p>
    <w:p>
      <w:r>
        <w:t>#195738 (ফরেস্ট মিস্ট)</w:t>
      </w:r>
    </w:p>
    <w:p>
      <w:r>
        <w:t>#195757 (মিউটেড এভারগ্রিন)</w:t>
      </w:r>
    </w:p>
    <w:p>
      <w:r>
        <w:t>#195776 (স্টিল ব্লু)</w:t>
      </w:r>
    </w:p>
    <w:p>
      <w:r>
        <w:t>#195795 (আর্কটিক ব্লু)</w:t>
      </w:r>
    </w:p>
    <w:p>
      <w:r>
        <w:t>#197619 (ফরেস্ট গ্রিন)</w:t>
      </w:r>
    </w:p>
    <w:p>
      <w:r>
        <w:t>#197638 (মস শ্যাডো)</w:t>
      </w:r>
    </w:p>
    <w:p>
      <w:r>
        <w:t>#197657 (ডিপ লিফ গ্রিন)</w:t>
      </w:r>
    </w:p>
    <w:p>
      <w:r>
        <w:t>#197676 (স্লেট নেচার)</w:t>
      </w:r>
    </w:p>
    <w:p>
      <w:r>
        <w:t>#197695 (স্লেট ব্লু)</w:t>
      </w:r>
    </w:p>
    <w:p>
      <w:r>
        <w:t>#199519 (নিয়ন ফরেস্ট স্পার্ক)</w:t>
      </w:r>
    </w:p>
    <w:p>
      <w:r>
        <w:t>#199538 (ব্রাইট মস গ্লো)</w:t>
      </w:r>
    </w:p>
    <w:p>
      <w:r>
        <w:t>#199557 (একোয়া গ্রিন পালস)</w:t>
      </w:r>
    </w:p>
    <w:p>
      <w:r>
        <w:t>#199576 (সফট সায়ান মিস্ট)</w:t>
      </w:r>
    </w:p>
    <w:p>
      <w:r>
        <w:t>#199595 (পেল একোয়া)</w:t>
      </w:r>
    </w:p>
    <w:p>
      <w:pPr>
        <w:pStyle w:val="Heading1"/>
      </w:pPr>
      <w:r>
        <w:t>Ocean / Blue Spectrum</w:t>
      </w:r>
    </w:p>
    <w:p>
      <w:r>
        <w:t>#381919 (গাঢ় মেরুন)</w:t>
      </w:r>
    </w:p>
    <w:p>
      <w:r>
        <w:t>#381938 (ডার্ক রোজ শ্যাডো)</w:t>
      </w:r>
    </w:p>
    <w:p>
      <w:r>
        <w:t>#381957 (ওয়াইন ডিপ)</w:t>
      </w:r>
    </w:p>
    <w:p>
      <w:r>
        <w:t>#381976 (বার্ন্ট ইন্ডিগো)</w:t>
      </w:r>
    </w:p>
    <w:p>
      <w:r>
        <w:t>#381995 (ডার্ক পার্পল টিন্ট)</w:t>
      </w:r>
    </w:p>
    <w:p>
      <w:r>
        <w:t>#383819 (আর্থ শ্যাডো ক্লে)</w:t>
      </w:r>
    </w:p>
    <w:p>
      <w:r>
        <w:t>#383838 (ডার্ক স্টোন গ্রে)</w:t>
      </w:r>
    </w:p>
    <w:p>
      <w:r>
        <w:t>#383857 (মিড নাইট স্টিল)</w:t>
      </w:r>
    </w:p>
    <w:p>
      <w:r>
        <w:t>#383876 (ডাস্টি ব্লু গ্রে)</w:t>
      </w:r>
    </w:p>
    <w:p>
      <w:r>
        <w:t>#383895 (ফ্রস্টেড নেভি গ্রে)</w:t>
      </w:r>
    </w:p>
    <w:p>
      <w:r>
        <w:t>#385719 (বার্ন্ট অলিভ)</w:t>
      </w:r>
    </w:p>
    <w:p>
      <w:r>
        <w:t>#385738 (মস ব্রাউন)</w:t>
      </w:r>
    </w:p>
    <w:p>
      <w:r>
        <w:t>#385757 (ডার্ক টিল-গ্রে)</w:t>
      </w:r>
    </w:p>
    <w:p>
      <w:r>
        <w:t>#385776 (স্টিল ব্লু গ্রে)</w:t>
      </w:r>
    </w:p>
    <w:p>
      <w:r>
        <w:t>#385795 (কুল ব্লু স্টিল)</w:t>
      </w:r>
    </w:p>
    <w:p>
      <w:r>
        <w:t>#387619 (রাস্টেড গ্রিন)</w:t>
      </w:r>
    </w:p>
    <w:p>
      <w:r>
        <w:t>#387638 (ডিপ সেজ)</w:t>
      </w:r>
    </w:p>
    <w:p>
      <w:r>
        <w:t>#387657 (ডার্ক গ্রিন গ্রে)</w:t>
      </w:r>
    </w:p>
    <w:p>
      <w:r>
        <w:t>#387676 (স্লেট মস)</w:t>
      </w:r>
    </w:p>
    <w:p>
      <w:r>
        <w:t>#387695 (ধূসরাভ নীল)</w:t>
      </w:r>
    </w:p>
    <w:p>
      <w:r>
        <w:t>#389519 (ফেইড এম্বার)</w:t>
      </w:r>
    </w:p>
    <w:p>
      <w:r>
        <w:t>#389538 (ডার্ক কপার)</w:t>
      </w:r>
    </w:p>
    <w:p>
      <w:r>
        <w:t>#389557 (রেডিশ ব্রাউন)</w:t>
      </w:r>
    </w:p>
    <w:p>
      <w:r>
        <w:t>#389576 (স্মোকি রোজ)</w:t>
      </w:r>
    </w:p>
    <w:p>
      <w:r>
        <w:t>#389595 (সি-গ্রিন টিল)</w:t>
      </w:r>
    </w:p>
    <w:p>
      <w:pPr>
        <w:pStyle w:val="Heading1"/>
      </w:pPr>
      <w:r>
        <w:t>Nature / Green Flow System</w:t>
      </w:r>
    </w:p>
    <w:p>
      <w:r>
        <w:t>#571919 (গভীর ওয়াইন শ্যাডো)</w:t>
      </w:r>
    </w:p>
    <w:p>
      <w:r>
        <w:t>#571938 (ডার্ক ব্রিক ওয়াইন)</w:t>
      </w:r>
    </w:p>
    <w:p>
      <w:r>
        <w:t>#571957 (বার্গান্ডি ডিপ)</w:t>
      </w:r>
    </w:p>
    <w:p>
      <w:r>
        <w:t>#571976 (রেড ইন্ডিগো)</w:t>
      </w:r>
    </w:p>
    <w:p>
      <w:r>
        <w:t>#571995 (ডার্ক প্লাম)</w:t>
      </w:r>
    </w:p>
    <w:p>
      <w:r>
        <w:t>#573819 (স্মোকি ব্রিক)</w:t>
      </w:r>
    </w:p>
    <w:p>
      <w:r>
        <w:t>#573838 (উষ্ণ ধূসর)</w:t>
      </w:r>
    </w:p>
    <w:p>
      <w:r>
        <w:t>#573857 (মিড ব্রাউন গ্রে)</w:t>
      </w:r>
    </w:p>
    <w:p>
      <w:r>
        <w:t>#573876 (ডার্ক স্টোন)</w:t>
      </w:r>
    </w:p>
    <w:p>
      <w:r>
        <w:t>#573895 (মভ গ্রে)</w:t>
      </w:r>
    </w:p>
    <w:p>
      <w:r>
        <w:t>#575719 (মিউটেড আর্থ ব্রাউন)</w:t>
      </w:r>
    </w:p>
    <w:p>
      <w:r>
        <w:t>#575738 (ডার্ক ক্লে)</w:t>
      </w:r>
    </w:p>
    <w:p>
      <w:r>
        <w:t>#575757 (মাঝারি ধূসর)</w:t>
      </w:r>
    </w:p>
    <w:p>
      <w:r>
        <w:t>#575776 (স্টোন ব্লু)</w:t>
      </w:r>
    </w:p>
    <w:p>
      <w:r>
        <w:t>#575795 (ডাস্টি ব্লু)</w:t>
      </w:r>
    </w:p>
    <w:p>
      <w:r>
        <w:t>#577619 (ডাস্টি ফরেস্ট গ্রে)</w:t>
      </w:r>
    </w:p>
    <w:p>
      <w:r>
        <w:t>#577638 (মস গ্রে)</w:t>
      </w:r>
    </w:p>
    <w:p>
      <w:r>
        <w:t>#577657 (কুল আর্থ গ্রে)</w:t>
      </w:r>
    </w:p>
    <w:p>
      <w:r>
        <w:t>#577676 (নিউট্রাল স্টোন)</w:t>
      </w:r>
    </w:p>
    <w:p>
      <w:r>
        <w:t>#577695 (ডাস্টি ব্লু)</w:t>
      </w:r>
    </w:p>
    <w:p>
      <w:r>
        <w:t>#579519 (সফট রোজ আর্থ)</w:t>
      </w:r>
    </w:p>
    <w:p>
      <w:r>
        <w:t>#579538 (ডার্ক রোজ গ্রে)</w:t>
      </w:r>
    </w:p>
    <w:p>
      <w:r>
        <w:t>#579557 (মিউটেড পিঙ্ক গ্রে)</w:t>
      </w:r>
    </w:p>
    <w:p>
      <w:r>
        <w:t>#579576 (ফেডেড মভ)</w:t>
      </w:r>
    </w:p>
    <w:p>
      <w:r>
        <w:t>#579595 (মিউটেড টিল)</w:t>
      </w:r>
    </w:p>
    <w:p>
      <w:pPr>
        <w:pStyle w:val="Heading1"/>
      </w:pPr>
      <w:r>
        <w:t>Earth / Warm Core System</w:t>
      </w:r>
    </w:p>
    <w:p>
      <w:r>
        <w:t>#761919 (ডার্ক ব্লাড উড)</w:t>
      </w:r>
    </w:p>
    <w:p>
      <w:r>
        <w:t>#761938 (ডার্ক চেরি ব্রাউন)</w:t>
      </w:r>
    </w:p>
    <w:p>
      <w:r>
        <w:t>#761957 (বার্ন্ট ওয়াইন উড)</w:t>
      </w:r>
    </w:p>
    <w:p>
      <w:r>
        <w:t>#761976 (ডার্ক রুবি)</w:t>
      </w:r>
    </w:p>
    <w:p>
      <w:r>
        <w:t>#761995 (ডিপ প্লাম উড)</w:t>
      </w:r>
    </w:p>
    <w:p>
      <w:r>
        <w:t>#763819 (রুস্টিক বার্ক ব্রাউন)</w:t>
      </w:r>
    </w:p>
    <w:p>
      <w:r>
        <w:t>#763838 (কফি ব্রাউন)</w:t>
      </w:r>
    </w:p>
    <w:p>
      <w:r>
        <w:t>#763857 (ডার্ক চকোলেট)</w:t>
      </w:r>
    </w:p>
    <w:p>
      <w:r>
        <w:t>#763876 (মোকা গ্রে)</w:t>
      </w:r>
    </w:p>
    <w:p>
      <w:r>
        <w:t>#763895 (ডার্ক কপার গ্রে)</w:t>
      </w:r>
    </w:p>
    <w:p>
      <w:r>
        <w:t>#765719 (আর্থ স্টোন ক্লে)</w:t>
      </w:r>
    </w:p>
    <w:p>
      <w:r>
        <w:t>#765738 (ডার্ক স্যান্ড স্টোন)</w:t>
      </w:r>
    </w:p>
    <w:p>
      <w:r>
        <w:t>#765757 (টোপ)</w:t>
      </w:r>
    </w:p>
    <w:p>
      <w:r>
        <w:t>#765776 (স্টোন গ্রে ব্লু)</w:t>
      </w:r>
    </w:p>
    <w:p>
      <w:r>
        <w:t>#765795 (কুল গ্রে ব্লু)</w:t>
      </w:r>
    </w:p>
    <w:p>
      <w:r>
        <w:t>#767619 (নিউট্রাল গ্রানাইট)</w:t>
      </w:r>
    </w:p>
    <w:p>
      <w:r>
        <w:t>#767638 (স্টোন গ্রে)</w:t>
      </w:r>
    </w:p>
    <w:p>
      <w:r>
        <w:t>#767657 (কুল গ্রে)</w:t>
      </w:r>
    </w:p>
    <w:p>
      <w:r>
        <w:t>#767676 (নিরপেক্ষ ধূসর)</w:t>
      </w:r>
    </w:p>
    <w:p>
      <w:r>
        <w:t>#767695 (সফট ব্লু গ্রে)</w:t>
      </w:r>
    </w:p>
    <w:p>
      <w:r>
        <w:t>#769519 (লাইট অ্যাশ স্টোন)</w:t>
      </w:r>
    </w:p>
    <w:p>
      <w:r>
        <w:t>#769538 (ফেইড স্টোন)</w:t>
      </w:r>
    </w:p>
    <w:p>
      <w:r>
        <w:t>#769557 (মিস্ট গ্রে)</w:t>
      </w:r>
    </w:p>
    <w:p>
      <w:r>
        <w:t>#769576 (লাইট স্লেট)</w:t>
      </w:r>
    </w:p>
    <w:p>
      <w:r>
        <w:t>#769595 (ধূসরাভ টিল)</w:t>
      </w:r>
    </w:p>
    <w:p>
      <w:pPr>
        <w:pStyle w:val="Heading1"/>
      </w:pPr>
      <w:r>
        <w:t>Neutral / Final Layer System</w:t>
      </w:r>
    </w:p>
    <w:p>
      <w:r>
        <w:t>#951919 (বারগান্ডি অ্যাশ)</w:t>
      </w:r>
    </w:p>
    <w:p>
      <w:r>
        <w:t>#951938 (ডার্ক রেড গ্রে)</w:t>
      </w:r>
    </w:p>
    <w:p>
      <w:r>
        <w:t>#951957 (ওয়াইন গ্রে)</w:t>
      </w:r>
    </w:p>
    <w:p>
      <w:r>
        <w:t>#951976 (ডিপ রেড ভেইল)</w:t>
      </w:r>
    </w:p>
    <w:p>
      <w:r>
        <w:t>#951995 (ডার্ক পিঙ্ক শ্যাডো)</w:t>
      </w:r>
    </w:p>
    <w:p>
      <w:r>
        <w:t>#953819 (রোজউড ক্লে)</w:t>
      </w:r>
    </w:p>
    <w:p>
      <w:r>
        <w:t>#953838 (ইট-লাল)</w:t>
      </w:r>
    </w:p>
    <w:p>
      <w:r>
        <w:t>#953857 (রেড ক্লে)</w:t>
      </w:r>
    </w:p>
    <w:p>
      <w:r>
        <w:t>#953876 (বার্ন্ট পিঙ্ক)</w:t>
      </w:r>
    </w:p>
    <w:p>
      <w:r>
        <w:t>#953895 (ডার্ক রোজ ব্রিক)</w:t>
      </w:r>
    </w:p>
    <w:p>
      <w:r>
        <w:t>#955719 (ডাস্টি রোজ আর্থ)</w:t>
      </w:r>
    </w:p>
    <w:p>
      <w:r>
        <w:t>#955738 (মিউটেড রোজ)</w:t>
      </w:r>
    </w:p>
    <w:p>
      <w:r>
        <w:t>#955757 (রোজ ব্রাউন)</w:t>
      </w:r>
    </w:p>
    <w:p>
      <w:r>
        <w:t>#955776 (পিঙ্ক স্টোন)</w:t>
      </w:r>
    </w:p>
    <w:p>
      <w:r>
        <w:t>#955795 (সফট রোজ গ্রে)</w:t>
      </w:r>
    </w:p>
    <w:p>
      <w:r>
        <w:t>#957619 (পেল মভ স্টোন)</w:t>
      </w:r>
    </w:p>
    <w:p>
      <w:r>
        <w:t>#957638 (মভ স্টোন)</w:t>
      </w:r>
    </w:p>
    <w:p>
      <w:r>
        <w:t>#957657 (লাইট মভ গ্রে)</w:t>
      </w:r>
    </w:p>
    <w:p>
      <w:r>
        <w:t>#957676 (মভ-গ্রে)</w:t>
      </w:r>
    </w:p>
    <w:p>
      <w:r>
        <w:t>#957695 (পেল ল্যাভেন্ডার গ্রে)</w:t>
      </w:r>
    </w:p>
    <w:p>
      <w:r>
        <w:t>#959519 (সফট মিস্ট গ্রে)</w:t>
      </w:r>
    </w:p>
    <w:p>
      <w:r>
        <w:t>#959538 (লাইট ফগ)</w:t>
      </w:r>
    </w:p>
    <w:p>
      <w:r>
        <w:t>#959557 (পেল স্টিল)</w:t>
      </w:r>
    </w:p>
    <w:p>
      <w:r>
        <w:t>#959576 (কুল লাইট গ্রে)</w:t>
      </w:r>
    </w:p>
    <w:p>
      <w:r>
        <w:t>#959595 (হালকা ধূসর)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